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3310" w:rsidRPr="00403310" w:rsidRDefault="00403310" w:rsidP="00403310">
      <w:pPr>
        <w:spacing w:after="0" w:line="408" w:lineRule="auto"/>
        <w:ind w:left="120"/>
        <w:jc w:val="center"/>
        <w:rPr>
          <w:lang w:val="ru-RU"/>
        </w:rPr>
      </w:pPr>
      <w:bookmarkStart w:id="0" w:name="block-11078618"/>
      <w:r w:rsidRPr="00403310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403310" w:rsidRPr="00403310" w:rsidRDefault="00403310" w:rsidP="00403310">
      <w:pPr>
        <w:spacing w:after="0" w:line="408" w:lineRule="auto"/>
        <w:ind w:left="120"/>
        <w:jc w:val="center"/>
        <w:rPr>
          <w:lang w:val="ru-RU"/>
        </w:rPr>
      </w:pPr>
      <w:r w:rsidRPr="00403310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55a7169f-c0c0-44ac-bf37-cbc776930ef9"/>
      <w:r w:rsidRPr="00403310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спорта Республики Карелия</w:t>
      </w:r>
      <w:bookmarkEnd w:id="1"/>
      <w:r w:rsidRPr="00403310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403310" w:rsidRPr="00403310" w:rsidRDefault="00403310" w:rsidP="00403310">
      <w:pPr>
        <w:spacing w:after="0" w:line="408" w:lineRule="auto"/>
        <w:ind w:left="120"/>
        <w:jc w:val="center"/>
        <w:rPr>
          <w:lang w:val="ru-RU"/>
        </w:rPr>
      </w:pPr>
      <w:r w:rsidRPr="00403310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b160c1bf-440c-4991-9e94-e52aab997657"/>
      <w:r w:rsidRPr="00403310">
        <w:rPr>
          <w:rFonts w:ascii="Times New Roman" w:hAnsi="Times New Roman"/>
          <w:b/>
          <w:color w:val="000000"/>
          <w:sz w:val="28"/>
          <w:lang w:val="ru-RU"/>
        </w:rPr>
        <w:t>Администрация Сортавальского муниципального района</w:t>
      </w:r>
      <w:bookmarkEnd w:id="2"/>
      <w:r w:rsidRPr="00403310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403310">
        <w:rPr>
          <w:rFonts w:ascii="Times New Roman" w:hAnsi="Times New Roman"/>
          <w:color w:val="000000"/>
          <w:sz w:val="28"/>
          <w:lang w:val="ru-RU"/>
        </w:rPr>
        <w:t>​</w:t>
      </w:r>
    </w:p>
    <w:p w:rsidR="00403310" w:rsidRPr="00403310" w:rsidRDefault="00403310" w:rsidP="00403310">
      <w:pPr>
        <w:spacing w:after="0" w:line="408" w:lineRule="auto"/>
        <w:ind w:left="120"/>
        <w:jc w:val="center"/>
        <w:rPr>
          <w:lang w:val="ru-RU"/>
        </w:rPr>
      </w:pPr>
      <w:r w:rsidRPr="00403310">
        <w:rPr>
          <w:rFonts w:ascii="Times New Roman" w:hAnsi="Times New Roman"/>
          <w:b/>
          <w:color w:val="000000"/>
          <w:sz w:val="28"/>
          <w:lang w:val="ru-RU"/>
        </w:rPr>
        <w:t xml:space="preserve">МКОУ Сортавальского муниципального района РК </w:t>
      </w:r>
      <w:proofErr w:type="spellStart"/>
      <w:r w:rsidRPr="00403310">
        <w:rPr>
          <w:rFonts w:ascii="Times New Roman" w:hAnsi="Times New Roman"/>
          <w:b/>
          <w:color w:val="000000"/>
          <w:sz w:val="28"/>
          <w:lang w:val="ru-RU"/>
        </w:rPr>
        <w:t>Вяртсильская</w:t>
      </w:r>
      <w:proofErr w:type="spellEnd"/>
      <w:r w:rsidRPr="00403310">
        <w:rPr>
          <w:rFonts w:ascii="Times New Roman" w:hAnsi="Times New Roman"/>
          <w:b/>
          <w:color w:val="000000"/>
          <w:sz w:val="28"/>
          <w:lang w:val="ru-RU"/>
        </w:rPr>
        <w:t xml:space="preserve"> СОШ</w:t>
      </w:r>
    </w:p>
    <w:p w:rsidR="00403310" w:rsidRPr="00403310" w:rsidRDefault="00345C76" w:rsidP="00403310">
      <w:pPr>
        <w:spacing w:after="0"/>
        <w:ind w:left="120"/>
        <w:rPr>
          <w:lang w:val="ru-RU"/>
        </w:rPr>
      </w:pPr>
      <w:r w:rsidRPr="00345C76">
        <w:rPr>
          <w:lang w:val="ru-RU"/>
        </w:rPr>
        <w:drawing>
          <wp:inline distT="0" distB="0" distL="0" distR="0">
            <wp:extent cx="5980742" cy="2590800"/>
            <wp:effectExtent l="76200" t="152400" r="58108" b="133350"/>
            <wp:docPr id="10" name="Рисунок 1" descr="НО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ОО.jpg"/>
                    <pic:cNvPicPr/>
                  </pic:nvPicPr>
                  <pic:blipFill>
                    <a:blip r:embed="rId6">
                      <a:lum contrast="10000"/>
                    </a:blip>
                    <a:srcRect l="10702" t="17175" r="20163" b="61315"/>
                    <a:stretch>
                      <a:fillRect/>
                    </a:stretch>
                  </pic:blipFill>
                  <pic:spPr>
                    <a:xfrm rot="21429612">
                      <a:off x="0" y="0"/>
                      <a:ext cx="5980742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3310" w:rsidRPr="00403310" w:rsidRDefault="00403310" w:rsidP="00403310">
      <w:pPr>
        <w:spacing w:after="0"/>
        <w:ind w:left="120"/>
        <w:rPr>
          <w:lang w:val="ru-RU"/>
        </w:rPr>
      </w:pPr>
    </w:p>
    <w:p w:rsidR="00403310" w:rsidRPr="00403310" w:rsidRDefault="00403310" w:rsidP="00403310">
      <w:pPr>
        <w:spacing w:after="0"/>
        <w:ind w:left="120"/>
        <w:rPr>
          <w:lang w:val="ru-RU"/>
        </w:rPr>
      </w:pPr>
    </w:p>
    <w:p w:rsidR="00403310" w:rsidRPr="00403310" w:rsidRDefault="00403310" w:rsidP="00403310">
      <w:pPr>
        <w:spacing w:after="0"/>
        <w:ind w:left="120"/>
        <w:rPr>
          <w:lang w:val="ru-RU"/>
        </w:rPr>
      </w:pPr>
    </w:p>
    <w:p w:rsidR="00403310" w:rsidRPr="00403310" w:rsidRDefault="00403310" w:rsidP="00403310">
      <w:pPr>
        <w:spacing w:after="0" w:line="408" w:lineRule="auto"/>
        <w:ind w:left="120"/>
        <w:jc w:val="center"/>
        <w:rPr>
          <w:lang w:val="ru-RU"/>
        </w:rPr>
      </w:pPr>
      <w:r w:rsidRPr="00403310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4E7F21" w:rsidRPr="004E7F21" w:rsidRDefault="004E7F21" w:rsidP="004E7F21">
      <w:pPr>
        <w:autoSpaceDE w:val="0"/>
        <w:autoSpaceDN w:val="0"/>
        <w:spacing w:before="166" w:after="0" w:line="230" w:lineRule="auto"/>
        <w:ind w:right="4010"/>
        <w:jc w:val="right"/>
        <w:rPr>
          <w:lang w:val="ru-RU"/>
        </w:rPr>
      </w:pPr>
      <w:r w:rsidRPr="004E7F21">
        <w:rPr>
          <w:rFonts w:ascii="Times New Roman" w:eastAsia="Times New Roman" w:hAnsi="Times New Roman"/>
          <w:color w:val="000000"/>
          <w:sz w:val="24"/>
          <w:lang w:val="ru-RU"/>
        </w:rPr>
        <w:t>учебного предмета</w:t>
      </w:r>
    </w:p>
    <w:p w:rsidR="004E7F21" w:rsidRPr="004E7F21" w:rsidRDefault="004E7F21" w:rsidP="004E7F21">
      <w:pPr>
        <w:autoSpaceDE w:val="0"/>
        <w:autoSpaceDN w:val="0"/>
        <w:spacing w:before="70" w:after="0" w:line="230" w:lineRule="auto"/>
        <w:ind w:right="2434"/>
        <w:jc w:val="right"/>
        <w:rPr>
          <w:lang w:val="ru-RU"/>
        </w:rPr>
      </w:pPr>
      <w:r w:rsidRPr="004E7F21">
        <w:rPr>
          <w:rFonts w:ascii="Times New Roman" w:eastAsia="Times New Roman" w:hAnsi="Times New Roman"/>
          <w:color w:val="000000"/>
          <w:sz w:val="24"/>
          <w:lang w:val="ru-RU"/>
        </w:rPr>
        <w:t>«Основы религиозных культур и светской этики»</w:t>
      </w:r>
    </w:p>
    <w:p w:rsidR="004E7F21" w:rsidRPr="00345C76" w:rsidRDefault="004E7F21" w:rsidP="004E7F21">
      <w:pPr>
        <w:autoSpaceDE w:val="0"/>
        <w:autoSpaceDN w:val="0"/>
        <w:spacing w:before="670" w:after="0" w:line="230" w:lineRule="auto"/>
        <w:ind w:right="2670"/>
        <w:jc w:val="right"/>
        <w:rPr>
          <w:lang w:val="ru-RU"/>
        </w:rPr>
      </w:pPr>
      <w:r w:rsidRPr="00345C76">
        <w:rPr>
          <w:rFonts w:ascii="Times New Roman" w:eastAsia="Times New Roman" w:hAnsi="Times New Roman"/>
          <w:color w:val="000000"/>
          <w:sz w:val="24"/>
          <w:lang w:val="ru-RU"/>
        </w:rPr>
        <w:t xml:space="preserve">для 4 </w:t>
      </w:r>
      <w:proofErr w:type="spellStart"/>
      <w:r w:rsidRPr="00345C76">
        <w:rPr>
          <w:rFonts w:ascii="Times New Roman" w:eastAsia="Times New Roman" w:hAnsi="Times New Roman"/>
          <w:color w:val="000000"/>
          <w:sz w:val="24"/>
          <w:lang w:val="ru-RU"/>
        </w:rPr>
        <w:t>классаначальногообщегообразования</w:t>
      </w:r>
      <w:proofErr w:type="spellEnd"/>
    </w:p>
    <w:p w:rsidR="00403310" w:rsidRPr="00403310" w:rsidRDefault="00403310" w:rsidP="00403310">
      <w:pPr>
        <w:spacing w:after="0" w:line="408" w:lineRule="auto"/>
        <w:ind w:left="120"/>
        <w:jc w:val="center"/>
        <w:rPr>
          <w:lang w:val="ru-RU"/>
        </w:rPr>
      </w:pPr>
    </w:p>
    <w:p w:rsidR="00403310" w:rsidRPr="00403310" w:rsidRDefault="00403310" w:rsidP="00403310">
      <w:pPr>
        <w:spacing w:after="0"/>
        <w:ind w:left="120"/>
        <w:jc w:val="center"/>
        <w:rPr>
          <w:lang w:val="ru-RU"/>
        </w:rPr>
      </w:pPr>
    </w:p>
    <w:p w:rsidR="00403310" w:rsidRPr="00403310" w:rsidRDefault="00403310" w:rsidP="00403310">
      <w:pPr>
        <w:spacing w:after="0" w:line="408" w:lineRule="auto"/>
        <w:ind w:left="120"/>
        <w:jc w:val="center"/>
        <w:rPr>
          <w:lang w:val="ru-RU"/>
        </w:rPr>
      </w:pPr>
    </w:p>
    <w:p w:rsidR="00403310" w:rsidRPr="00403310" w:rsidRDefault="00403310" w:rsidP="004E7F21">
      <w:pPr>
        <w:spacing w:after="0" w:line="408" w:lineRule="auto"/>
        <w:rPr>
          <w:lang w:val="ru-RU"/>
        </w:rPr>
      </w:pPr>
    </w:p>
    <w:p w:rsidR="00403310" w:rsidRPr="00403310" w:rsidRDefault="00403310" w:rsidP="00403310">
      <w:pPr>
        <w:spacing w:after="0"/>
        <w:ind w:left="120"/>
        <w:jc w:val="center"/>
        <w:rPr>
          <w:lang w:val="ru-RU"/>
        </w:rPr>
      </w:pPr>
    </w:p>
    <w:p w:rsidR="00403310" w:rsidRPr="00403310" w:rsidRDefault="00403310" w:rsidP="00403310">
      <w:pPr>
        <w:spacing w:after="0"/>
        <w:ind w:left="120"/>
        <w:jc w:val="center"/>
        <w:rPr>
          <w:lang w:val="ru-RU"/>
        </w:rPr>
      </w:pPr>
    </w:p>
    <w:p w:rsidR="00403310" w:rsidRPr="00403310" w:rsidRDefault="00403310" w:rsidP="00403310">
      <w:pPr>
        <w:spacing w:after="0"/>
        <w:ind w:left="120"/>
        <w:jc w:val="center"/>
        <w:rPr>
          <w:lang w:val="ru-RU"/>
        </w:rPr>
      </w:pPr>
    </w:p>
    <w:p w:rsidR="00403310" w:rsidRPr="00403310" w:rsidRDefault="00403310" w:rsidP="00403310">
      <w:pPr>
        <w:spacing w:after="0"/>
        <w:ind w:left="120"/>
        <w:jc w:val="center"/>
        <w:rPr>
          <w:lang w:val="ru-RU"/>
        </w:rPr>
      </w:pPr>
    </w:p>
    <w:p w:rsidR="00403310" w:rsidRPr="00403310" w:rsidRDefault="00403310" w:rsidP="00403310">
      <w:pPr>
        <w:spacing w:after="0"/>
        <w:ind w:left="120"/>
        <w:jc w:val="center"/>
        <w:rPr>
          <w:lang w:val="ru-RU"/>
        </w:rPr>
      </w:pPr>
    </w:p>
    <w:p w:rsidR="00403310" w:rsidRPr="00403310" w:rsidRDefault="00403310" w:rsidP="00403310">
      <w:pPr>
        <w:spacing w:after="0"/>
        <w:ind w:left="120"/>
        <w:jc w:val="center"/>
        <w:rPr>
          <w:lang w:val="ru-RU"/>
        </w:rPr>
      </w:pPr>
    </w:p>
    <w:p w:rsidR="00403310" w:rsidRPr="00403310" w:rsidRDefault="004E7F21" w:rsidP="00403310">
      <w:pPr>
        <w:spacing w:after="0"/>
        <w:ind w:left="120"/>
        <w:jc w:val="center"/>
        <w:rPr>
          <w:lang w:val="ru-RU"/>
        </w:rPr>
      </w:pPr>
      <w:bookmarkStart w:id="3" w:name="8960954b-15b1-4c85-b40b-ae95f67136d9"/>
      <w:proofErr w:type="spellStart"/>
      <w:r>
        <w:rPr>
          <w:rFonts w:ascii="Times New Roman" w:hAnsi="Times New Roman"/>
          <w:b/>
          <w:color w:val="000000"/>
          <w:sz w:val="28"/>
          <w:lang w:val="ru-RU"/>
        </w:rPr>
        <w:t>п</w:t>
      </w:r>
      <w:r w:rsidR="00403310" w:rsidRPr="00403310">
        <w:rPr>
          <w:rFonts w:ascii="Times New Roman" w:hAnsi="Times New Roman"/>
          <w:b/>
          <w:color w:val="000000"/>
          <w:sz w:val="28"/>
          <w:lang w:val="ru-RU"/>
        </w:rPr>
        <w:t>гт</w:t>
      </w:r>
      <w:proofErr w:type="gramStart"/>
      <w:r w:rsidR="00403310" w:rsidRPr="00403310">
        <w:rPr>
          <w:rFonts w:ascii="Times New Roman" w:hAnsi="Times New Roman"/>
          <w:b/>
          <w:color w:val="000000"/>
          <w:sz w:val="28"/>
          <w:lang w:val="ru-RU"/>
        </w:rPr>
        <w:t>.В</w:t>
      </w:r>
      <w:proofErr w:type="gramEnd"/>
      <w:r w:rsidR="00403310" w:rsidRPr="00403310">
        <w:rPr>
          <w:rFonts w:ascii="Times New Roman" w:hAnsi="Times New Roman"/>
          <w:b/>
          <w:color w:val="000000"/>
          <w:sz w:val="28"/>
          <w:lang w:val="ru-RU"/>
        </w:rPr>
        <w:t>яр</w:t>
      </w:r>
      <w:r>
        <w:rPr>
          <w:rFonts w:ascii="Times New Roman" w:hAnsi="Times New Roman"/>
          <w:b/>
          <w:color w:val="000000"/>
          <w:sz w:val="28"/>
          <w:lang w:val="ru-RU"/>
        </w:rPr>
        <w:t>т</w:t>
      </w:r>
      <w:r w:rsidR="00403310" w:rsidRPr="00403310">
        <w:rPr>
          <w:rFonts w:ascii="Times New Roman" w:hAnsi="Times New Roman"/>
          <w:b/>
          <w:color w:val="000000"/>
          <w:sz w:val="28"/>
          <w:lang w:val="ru-RU"/>
        </w:rPr>
        <w:t>силя</w:t>
      </w:r>
      <w:bookmarkEnd w:id="3"/>
      <w:proofErr w:type="spellEnd"/>
      <w:r w:rsidR="00403310" w:rsidRPr="00403310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2b7bbf9c-2491-40e5-bd35-a2a44bd1331b"/>
      <w:r w:rsidR="00403310" w:rsidRPr="00403310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  <w:r w:rsidR="00403310" w:rsidRPr="00403310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="00403310" w:rsidRPr="00403310">
        <w:rPr>
          <w:rFonts w:ascii="Times New Roman" w:hAnsi="Times New Roman"/>
          <w:color w:val="000000"/>
          <w:sz w:val="28"/>
          <w:lang w:val="ru-RU"/>
        </w:rPr>
        <w:t>​</w:t>
      </w:r>
    </w:p>
    <w:p w:rsidR="00403310" w:rsidRPr="00403310" w:rsidRDefault="00403310" w:rsidP="00403310">
      <w:pPr>
        <w:spacing w:after="0"/>
        <w:ind w:left="120"/>
        <w:rPr>
          <w:lang w:val="ru-RU"/>
        </w:rPr>
      </w:pPr>
    </w:p>
    <w:bookmarkEnd w:id="0"/>
    <w:p w:rsidR="004E7F21" w:rsidRDefault="004E7F21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4E7F21" w:rsidRDefault="004E7F21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bookmarkStart w:id="5" w:name="_GoBack"/>
      <w:bookmarkEnd w:id="5"/>
    </w:p>
    <w:p w:rsidR="004E7F21" w:rsidRDefault="004E7F21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4E7F21" w:rsidRDefault="004E7F21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4E7F21" w:rsidRDefault="004E7F21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4E7F21" w:rsidRDefault="004E7F21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4E7F21" w:rsidRDefault="004E7F21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4E7F21" w:rsidRDefault="004E7F21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7156B9" w:rsidRPr="00880C89" w:rsidRDefault="00EC0FE9">
      <w:pPr>
        <w:autoSpaceDE w:val="0"/>
        <w:autoSpaceDN w:val="0"/>
        <w:spacing w:after="0" w:line="230" w:lineRule="auto"/>
        <w:rPr>
          <w:lang w:val="ru-RU"/>
        </w:rPr>
      </w:pPr>
      <w:r w:rsidRPr="00880C89">
        <w:rPr>
          <w:rFonts w:ascii="Times New Roman" w:eastAsia="Times New Roman" w:hAnsi="Times New Roman"/>
          <w:b/>
          <w:color w:val="000000"/>
          <w:sz w:val="24"/>
          <w:lang w:val="ru-RU"/>
        </w:rPr>
        <w:lastRenderedPageBreak/>
        <w:t>ПОЯСНИТЕЛЬНАЯ ЗАПИСКА</w:t>
      </w:r>
    </w:p>
    <w:p w:rsidR="007156B9" w:rsidRPr="00880C89" w:rsidRDefault="00EC0FE9">
      <w:pPr>
        <w:autoSpaceDE w:val="0"/>
        <w:autoSpaceDN w:val="0"/>
        <w:spacing w:before="346" w:after="0" w:line="271" w:lineRule="auto"/>
        <w:ind w:right="288" w:firstLine="180"/>
        <w:rPr>
          <w:lang w:val="ru-RU"/>
        </w:rPr>
      </w:pPr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 xml:space="preserve">Рабочая программа отражает вариант конкретизации требований Федерального государственного образовательного стандарта начального общего образования (далее — ФГОС НОО) по ОРКСЭ и обеспечивает содержательную составляющую ФГОС НОО. </w:t>
      </w:r>
    </w:p>
    <w:p w:rsidR="007156B9" w:rsidRPr="00880C89" w:rsidRDefault="00EC0FE9">
      <w:pPr>
        <w:autoSpaceDE w:val="0"/>
        <w:autoSpaceDN w:val="0"/>
        <w:spacing w:before="262" w:after="0" w:line="262" w:lineRule="auto"/>
        <w:ind w:right="1008"/>
        <w:rPr>
          <w:lang w:val="ru-RU"/>
        </w:rPr>
      </w:pPr>
      <w:r w:rsidRPr="00880C89">
        <w:rPr>
          <w:rFonts w:ascii="Times New Roman" w:eastAsia="Times New Roman" w:hAnsi="Times New Roman"/>
          <w:b/>
          <w:color w:val="000000"/>
          <w:sz w:val="24"/>
          <w:lang w:val="ru-RU"/>
        </w:rPr>
        <w:t>ОБЩАЯ ХАРАКТЕРИСТИКА УЧЕБНОГО ПРЕДМЕТА «ОСНОВЫ РЕЛИГИОЗНЫХ КУЛЬТУР И СВЕТСКОЙ ЭТИКИ»</w:t>
      </w:r>
    </w:p>
    <w:p w:rsidR="007156B9" w:rsidRPr="00880C89" w:rsidRDefault="00EC0FE9">
      <w:pPr>
        <w:autoSpaceDE w:val="0"/>
        <w:autoSpaceDN w:val="0"/>
        <w:spacing w:before="166" w:after="0" w:line="281" w:lineRule="auto"/>
        <w:ind w:right="288" w:firstLine="180"/>
        <w:rPr>
          <w:lang w:val="ru-RU"/>
        </w:rPr>
      </w:pPr>
      <w:r w:rsidRPr="00880C89">
        <w:rPr>
          <w:rFonts w:ascii="Times New Roman" w:eastAsia="Times New Roman" w:hAnsi="Times New Roman"/>
          <w:i/>
          <w:color w:val="000000"/>
          <w:sz w:val="24"/>
          <w:lang w:val="ru-RU"/>
        </w:rPr>
        <w:t>Планируемые результаты</w:t>
      </w:r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 xml:space="preserve"> освоения курса ОРКСЭ включают результаты по каждому учебному модулю. При конструировании планируемых результатов учитываются цели обучения, требования, которые представлены в стандарте, и специфика содержания каждого учебного модуля. Общие результаты содержат перечень личностных и </w:t>
      </w:r>
      <w:proofErr w:type="spellStart"/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>метапредметных</w:t>
      </w:r>
      <w:proofErr w:type="spellEnd"/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 xml:space="preserve"> достижений, которые приобретает каждый обучающийся, независимо от изучаемого модуля. </w:t>
      </w:r>
    </w:p>
    <w:p w:rsidR="007156B9" w:rsidRPr="00880C89" w:rsidRDefault="00EC0FE9">
      <w:pPr>
        <w:autoSpaceDE w:val="0"/>
        <w:autoSpaceDN w:val="0"/>
        <w:spacing w:before="70" w:after="0"/>
        <w:ind w:firstLine="180"/>
        <w:rPr>
          <w:lang w:val="ru-RU"/>
        </w:rPr>
      </w:pPr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 xml:space="preserve">Культурологическая направленность предмета способствует развитию у обучающихся </w:t>
      </w:r>
      <w:r w:rsidRPr="00880C89">
        <w:rPr>
          <w:lang w:val="ru-RU"/>
        </w:rPr>
        <w:br/>
      </w:r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>представлений о нравственных идеалах и ценностях религиозных и светских традиций народов России, формированию ценностного отношения к социальной реальности, осознанию роли буддизма, православия, ислама, иудаизма, светской этики в истории и культуре нашей страны.</w:t>
      </w:r>
    </w:p>
    <w:p w:rsidR="007156B9" w:rsidRPr="00880C89" w:rsidRDefault="00EC0FE9">
      <w:pPr>
        <w:autoSpaceDE w:val="0"/>
        <w:autoSpaceDN w:val="0"/>
        <w:spacing w:before="70" w:after="0" w:line="283" w:lineRule="auto"/>
        <w:ind w:right="144"/>
        <w:rPr>
          <w:lang w:val="ru-RU"/>
        </w:rPr>
      </w:pPr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 xml:space="preserve">Коммуникативный подход к преподаванию предмета ОРКСЭ предполагает организацию </w:t>
      </w:r>
      <w:r w:rsidRPr="00880C89">
        <w:rPr>
          <w:lang w:val="ru-RU"/>
        </w:rPr>
        <w:br/>
      </w:r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 xml:space="preserve">коммуникативной деятельности обучающихся, требующей от них умения выслушивать позицию партнёра по деятельности, принимать её, согласовывать усилия для достижения поставленной цели, находить адекватные вербальные средства передачи информации и </w:t>
      </w:r>
      <w:proofErr w:type="spellStart"/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>рефлексии</w:t>
      </w:r>
      <w:proofErr w:type="gramStart"/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>.Д</w:t>
      </w:r>
      <w:proofErr w:type="gramEnd"/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>еятельностный</w:t>
      </w:r>
      <w:proofErr w:type="spellEnd"/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 xml:space="preserve"> подход, основывающийся на принципе диалогичности, осуществляется в процессе активного взаимодействия обучающихся, сотрудничества, обмена информацией, обсуждения разных точек зрения и т. п.</w:t>
      </w:r>
    </w:p>
    <w:p w:rsidR="007156B9" w:rsidRPr="00880C89" w:rsidRDefault="00EC0FE9">
      <w:pPr>
        <w:autoSpaceDE w:val="0"/>
        <w:autoSpaceDN w:val="0"/>
        <w:spacing w:before="70" w:after="0" w:line="288" w:lineRule="auto"/>
        <w:ind w:right="288" w:firstLine="180"/>
        <w:rPr>
          <w:lang w:val="ru-RU"/>
        </w:rPr>
      </w:pPr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 xml:space="preserve">Предпосылками усвоения младшими школьниками содержания курса являются психологические особенности детей, завершающих обучение в начальной школе: интерес к социальной жизни, любознательность, принятие авторитета взрослого. Психологи подчёркивают естественную открытость детей этого возраста, способность эмоционально реагировать на окружающую действительность, остро реагировать как на доброжелательность, отзывчивость, доброту других людей, так и на проявление несправедливости, нанесение обид и оскорблений. Всё это становится предпосылкой к пониманию законов существования в социуме и принятию их как руководства к собственному поведению. Вместе с тем в процессе </w:t>
      </w:r>
      <w:proofErr w:type="spellStart"/>
      <w:proofErr w:type="gramStart"/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>обу</w:t>
      </w:r>
      <w:proofErr w:type="spellEnd"/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>​</w:t>
      </w:r>
      <w:proofErr w:type="spellStart"/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>чения</w:t>
      </w:r>
      <w:proofErr w:type="spellEnd"/>
      <w:proofErr w:type="gramEnd"/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 xml:space="preserve"> необходимо учитывать, что младшие школьники с трудом усваивают абстрактные философские сентенции, нравственные поучения, поэтому особое внимание должно быть уделено эмоциональной стороне восприятия явлений социальной жизни, связанной с проявлением или нарушением нравственных, этических норм, обсуждение конкретных жизненных ситуаций, дающих образцы нравственно ценного поведения.</w:t>
      </w:r>
    </w:p>
    <w:p w:rsidR="007156B9" w:rsidRPr="00880C89" w:rsidRDefault="00EC0FE9">
      <w:pPr>
        <w:autoSpaceDE w:val="0"/>
        <w:autoSpaceDN w:val="0"/>
        <w:spacing w:before="262" w:after="0" w:line="262" w:lineRule="auto"/>
        <w:ind w:right="864"/>
        <w:rPr>
          <w:lang w:val="ru-RU"/>
        </w:rPr>
      </w:pPr>
      <w:r w:rsidRPr="00880C89">
        <w:rPr>
          <w:rFonts w:ascii="Times New Roman" w:eastAsia="Times New Roman" w:hAnsi="Times New Roman"/>
          <w:b/>
          <w:color w:val="000000"/>
          <w:sz w:val="24"/>
          <w:lang w:val="ru-RU"/>
        </w:rPr>
        <w:t>ЦЕЛИ И ЗАДАЧИ ИЗУЧЕНИЯ УЧЕБНОГО ПРЕДМЕТА «ОСНОВЫ РЕЛИГИОЗНЫХ КУЛЬТУР И СВЕТСКОЙ ЭТИКИ»</w:t>
      </w:r>
    </w:p>
    <w:p w:rsidR="007156B9" w:rsidRPr="00880C89" w:rsidRDefault="00EC0FE9">
      <w:pPr>
        <w:autoSpaceDE w:val="0"/>
        <w:autoSpaceDN w:val="0"/>
        <w:spacing w:before="166" w:after="0"/>
        <w:ind w:right="288" w:firstLine="180"/>
        <w:rPr>
          <w:lang w:val="ru-RU"/>
        </w:rPr>
      </w:pPr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 xml:space="preserve">Целью ОРКСЭ является формирование у обучающегося мотивации к осознанному нравственному поведению, основанному на знании и уважении культурных и религиозных традиций </w:t>
      </w:r>
      <w:r w:rsidRPr="00880C89">
        <w:rPr>
          <w:lang w:val="ru-RU"/>
        </w:rPr>
        <w:br/>
      </w:r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>многонационального народа России, а также к диалогу с представителями других культур и мировоззрений.</w:t>
      </w:r>
    </w:p>
    <w:p w:rsidR="007156B9" w:rsidRPr="00880C89" w:rsidRDefault="00EC0FE9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>Основными задачами ОРКСЭ являются:</w:t>
      </w:r>
    </w:p>
    <w:p w:rsidR="007156B9" w:rsidRPr="00880C89" w:rsidRDefault="00EC0FE9">
      <w:pPr>
        <w:autoSpaceDE w:val="0"/>
        <w:autoSpaceDN w:val="0"/>
        <w:spacing w:before="178" w:after="0" w:line="262" w:lineRule="auto"/>
        <w:ind w:left="420" w:right="144"/>
        <w:rPr>
          <w:lang w:val="ru-RU"/>
        </w:rPr>
      </w:pPr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>—  знакомство обучающихся с основами православной, мусульманской, буддийской, иудейской культур, основами мировых религиозных культур и светской этики по выбору родителей</w:t>
      </w:r>
    </w:p>
    <w:p w:rsidR="007156B9" w:rsidRPr="00880C89" w:rsidRDefault="007156B9">
      <w:pPr>
        <w:rPr>
          <w:lang w:val="ru-RU"/>
        </w:rPr>
        <w:sectPr w:rsidR="007156B9" w:rsidRPr="00880C89">
          <w:pgSz w:w="11900" w:h="16840"/>
          <w:pgMar w:top="298" w:right="650" w:bottom="45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7156B9" w:rsidRPr="00880C89" w:rsidRDefault="007156B9">
      <w:pPr>
        <w:autoSpaceDE w:val="0"/>
        <w:autoSpaceDN w:val="0"/>
        <w:spacing w:after="66" w:line="220" w:lineRule="exact"/>
        <w:rPr>
          <w:lang w:val="ru-RU"/>
        </w:rPr>
      </w:pPr>
    </w:p>
    <w:p w:rsidR="007156B9" w:rsidRPr="00880C89" w:rsidRDefault="00EC0FE9">
      <w:pPr>
        <w:autoSpaceDE w:val="0"/>
        <w:autoSpaceDN w:val="0"/>
        <w:spacing w:after="0" w:line="230" w:lineRule="auto"/>
        <w:ind w:left="420"/>
        <w:rPr>
          <w:lang w:val="ru-RU"/>
        </w:rPr>
      </w:pPr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>(законных представителей);</w:t>
      </w:r>
    </w:p>
    <w:p w:rsidR="007156B9" w:rsidRPr="00880C89" w:rsidRDefault="00EC0FE9">
      <w:pPr>
        <w:autoSpaceDE w:val="0"/>
        <w:autoSpaceDN w:val="0"/>
        <w:spacing w:before="238" w:after="0" w:line="262" w:lineRule="auto"/>
        <w:ind w:left="420" w:right="288"/>
        <w:rPr>
          <w:lang w:val="ru-RU"/>
        </w:rPr>
      </w:pPr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>—  развитие представлений обучающихся о значении нравственных норм и ценностей в жизни личности, семьи, общества;</w:t>
      </w:r>
    </w:p>
    <w:p w:rsidR="007156B9" w:rsidRPr="00880C89" w:rsidRDefault="00EC0FE9">
      <w:pPr>
        <w:autoSpaceDE w:val="0"/>
        <w:autoSpaceDN w:val="0"/>
        <w:spacing w:before="238" w:after="0" w:line="271" w:lineRule="auto"/>
        <w:ind w:left="420" w:right="144"/>
        <w:rPr>
          <w:lang w:val="ru-RU"/>
        </w:rPr>
      </w:pPr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 xml:space="preserve">—  обобщение знаний, понятий и представлений о духовной культуре и морали, ранее </w:t>
      </w:r>
      <w:r w:rsidRPr="00880C89">
        <w:rPr>
          <w:lang w:val="ru-RU"/>
        </w:rPr>
        <w:br/>
      </w:r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>полученных в начальной школе, формирование ценностно-смысловой сферы личности с учётом мировоззренческих и культурных особенностей и потребностей семьи;</w:t>
      </w:r>
    </w:p>
    <w:p w:rsidR="007156B9" w:rsidRPr="00880C89" w:rsidRDefault="00EC0FE9">
      <w:pPr>
        <w:autoSpaceDE w:val="0"/>
        <w:autoSpaceDN w:val="0"/>
        <w:spacing w:before="238" w:after="0" w:line="283" w:lineRule="auto"/>
        <w:ind w:left="420"/>
        <w:rPr>
          <w:lang w:val="ru-RU"/>
        </w:rPr>
      </w:pPr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 xml:space="preserve">—  развитие способностей обучающихся к общению в </w:t>
      </w:r>
      <w:proofErr w:type="spellStart"/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>полиэтничной</w:t>
      </w:r>
      <w:proofErr w:type="spellEnd"/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proofErr w:type="spellStart"/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>разномировоззренческой</w:t>
      </w:r>
      <w:proofErr w:type="spellEnd"/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 xml:space="preserve"> и </w:t>
      </w:r>
      <w:proofErr w:type="spellStart"/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>многоконфессиональной</w:t>
      </w:r>
      <w:proofErr w:type="spellEnd"/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 xml:space="preserve"> среде на основе взаимного уважения и диалога. Основной </w:t>
      </w:r>
      <w:r w:rsidRPr="00880C89">
        <w:rPr>
          <w:lang w:val="ru-RU"/>
        </w:rPr>
        <w:br/>
      </w:r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 xml:space="preserve">методологический принцип реализации ОРКСЭ — культурологический подход, способствующий формированию у младших школьников первоначальных представлений о культуре </w:t>
      </w:r>
      <w:r w:rsidRPr="00880C89">
        <w:rPr>
          <w:lang w:val="ru-RU"/>
        </w:rPr>
        <w:br/>
      </w:r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>традиционных религий народов России (православия, ислама, буддизма, иудаизма), российской светской (гражданской) этике, основанной на конституционных правах, свободах и обязанностях человека и гражданина в Российской Федерации.</w:t>
      </w:r>
    </w:p>
    <w:p w:rsidR="007156B9" w:rsidRPr="00880C89" w:rsidRDefault="00EC0FE9">
      <w:pPr>
        <w:autoSpaceDE w:val="0"/>
        <w:autoSpaceDN w:val="0"/>
        <w:spacing w:before="322" w:after="0" w:line="262" w:lineRule="auto"/>
        <w:ind w:right="432"/>
        <w:rPr>
          <w:lang w:val="ru-RU"/>
        </w:rPr>
      </w:pPr>
      <w:r w:rsidRPr="00880C89">
        <w:rPr>
          <w:rFonts w:ascii="Times New Roman" w:eastAsia="Times New Roman" w:hAnsi="Times New Roman"/>
          <w:b/>
          <w:color w:val="000000"/>
          <w:sz w:val="24"/>
          <w:lang w:val="ru-RU"/>
        </w:rPr>
        <w:t>МЕСТО УЧЕБНОГО ПРЕДМЕТА «ОСНОВЫ РЕЛИГИОЗНЫХ КУЛЬТУР И СВЕТСКОЙ ЭТИКИ» В УЧЕБНОМ ПЛАНЕ</w:t>
      </w:r>
    </w:p>
    <w:p w:rsidR="007156B9" w:rsidRPr="00880C89" w:rsidRDefault="00EC0FE9">
      <w:pPr>
        <w:tabs>
          <w:tab w:val="left" w:pos="180"/>
        </w:tabs>
        <w:autoSpaceDE w:val="0"/>
        <w:autoSpaceDN w:val="0"/>
        <w:spacing w:before="166" w:after="0" w:line="262" w:lineRule="auto"/>
        <w:rPr>
          <w:lang w:val="ru-RU"/>
        </w:rPr>
      </w:pPr>
      <w:r w:rsidRPr="00880C89">
        <w:rPr>
          <w:lang w:val="ru-RU"/>
        </w:rPr>
        <w:tab/>
      </w:r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>Учебный предмет "Основы религиозных культур и светской этики" изучается в 4 классе один час в неделе, общий объем составляет 34 часа.</w:t>
      </w:r>
    </w:p>
    <w:p w:rsidR="007156B9" w:rsidRPr="00880C89" w:rsidRDefault="007156B9">
      <w:pPr>
        <w:rPr>
          <w:lang w:val="ru-RU"/>
        </w:rPr>
        <w:sectPr w:rsidR="007156B9" w:rsidRPr="00880C89">
          <w:pgSz w:w="11900" w:h="16840"/>
          <w:pgMar w:top="286" w:right="724" w:bottom="1440" w:left="666" w:header="720" w:footer="720" w:gutter="0"/>
          <w:cols w:space="720" w:equalWidth="0">
            <w:col w:w="10510" w:space="0"/>
          </w:cols>
          <w:docGrid w:linePitch="360"/>
        </w:sectPr>
      </w:pPr>
    </w:p>
    <w:p w:rsidR="007156B9" w:rsidRPr="00880C89" w:rsidRDefault="007156B9">
      <w:pPr>
        <w:autoSpaceDE w:val="0"/>
        <w:autoSpaceDN w:val="0"/>
        <w:spacing w:after="78" w:line="220" w:lineRule="exact"/>
        <w:rPr>
          <w:lang w:val="ru-RU"/>
        </w:rPr>
      </w:pPr>
    </w:p>
    <w:p w:rsidR="007156B9" w:rsidRPr="00880C89" w:rsidRDefault="00EC0FE9">
      <w:pPr>
        <w:autoSpaceDE w:val="0"/>
        <w:autoSpaceDN w:val="0"/>
        <w:spacing w:after="0" w:line="230" w:lineRule="auto"/>
        <w:rPr>
          <w:lang w:val="ru-RU"/>
        </w:rPr>
      </w:pPr>
      <w:r w:rsidRPr="00880C89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СОДЕРЖАНИЕ УЧЕБНОГО ПРЕДМЕТА </w:t>
      </w:r>
    </w:p>
    <w:p w:rsidR="007156B9" w:rsidRPr="00880C89" w:rsidRDefault="00EC0FE9">
      <w:pPr>
        <w:tabs>
          <w:tab w:val="left" w:pos="180"/>
        </w:tabs>
        <w:autoSpaceDE w:val="0"/>
        <w:autoSpaceDN w:val="0"/>
        <w:spacing w:before="346" w:after="0" w:line="271" w:lineRule="auto"/>
        <w:ind w:right="144"/>
        <w:rPr>
          <w:lang w:val="ru-RU"/>
        </w:rPr>
      </w:pPr>
      <w:r w:rsidRPr="00880C89">
        <w:rPr>
          <w:lang w:val="ru-RU"/>
        </w:rPr>
        <w:tab/>
      </w:r>
      <w:r w:rsidRPr="00880C89">
        <w:rPr>
          <w:rFonts w:ascii="Times New Roman" w:eastAsia="Times New Roman" w:hAnsi="Times New Roman"/>
          <w:b/>
          <w:color w:val="000000"/>
          <w:sz w:val="24"/>
          <w:lang w:val="ru-RU"/>
        </w:rPr>
        <w:t>Модуль «ОСНОВЫ СВЕТСКОЙ ЭТИКИ»</w:t>
      </w:r>
      <w:r w:rsidRPr="00880C89">
        <w:rPr>
          <w:lang w:val="ru-RU"/>
        </w:rPr>
        <w:br/>
      </w:r>
      <w:r w:rsidRPr="00880C89">
        <w:rPr>
          <w:lang w:val="ru-RU"/>
        </w:rPr>
        <w:tab/>
      </w:r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>Россия — наша Родина. Культура и религия. Этика и её значение в жизни человека. Праздники как одна из форм исторической памяти. Образцы нравственности в культурах разных народов.</w:t>
      </w:r>
    </w:p>
    <w:p w:rsidR="007156B9" w:rsidRPr="00880C89" w:rsidRDefault="00EC0FE9">
      <w:pPr>
        <w:autoSpaceDE w:val="0"/>
        <w:autoSpaceDN w:val="0"/>
        <w:spacing w:before="70" w:after="0" w:line="271" w:lineRule="auto"/>
        <w:rPr>
          <w:lang w:val="ru-RU"/>
        </w:rPr>
      </w:pPr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>Государство и мораль гражданина. Образцы нравственности в культуре Отечества. Трудовая мораль. Нравственные традиции предпринимательства. Что значит быть нравственным в наше время. Высшие нравственные ценности, идеалы, принципы морали. Методика создания морального кодекса в школе.</w:t>
      </w:r>
    </w:p>
    <w:p w:rsidR="007156B9" w:rsidRPr="00880C89" w:rsidRDefault="00EC0FE9">
      <w:pPr>
        <w:autoSpaceDE w:val="0"/>
        <w:autoSpaceDN w:val="0"/>
        <w:spacing w:before="70" w:after="0" w:line="262" w:lineRule="auto"/>
        <w:ind w:right="1728"/>
        <w:rPr>
          <w:lang w:val="ru-RU"/>
        </w:rPr>
      </w:pPr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>Нормы морали. Этикет. Образование как нравственная норма. Методы нравственного самосовершенствования.</w:t>
      </w:r>
    </w:p>
    <w:p w:rsidR="007156B9" w:rsidRPr="00880C89" w:rsidRDefault="00EC0FE9">
      <w:pPr>
        <w:tabs>
          <w:tab w:val="left" w:pos="180"/>
        </w:tabs>
        <w:autoSpaceDE w:val="0"/>
        <w:autoSpaceDN w:val="0"/>
        <w:spacing w:before="72" w:after="0" w:line="262" w:lineRule="auto"/>
        <w:ind w:right="576"/>
        <w:rPr>
          <w:lang w:val="ru-RU"/>
        </w:rPr>
      </w:pPr>
      <w:r w:rsidRPr="00880C89">
        <w:rPr>
          <w:lang w:val="ru-RU"/>
        </w:rPr>
        <w:tab/>
      </w:r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>Любовь и уважение к Отечеству. Патриотизм многонационального и многоконфессионального народа России.</w:t>
      </w:r>
    </w:p>
    <w:p w:rsidR="007156B9" w:rsidRPr="00880C89" w:rsidRDefault="007156B9">
      <w:pPr>
        <w:rPr>
          <w:lang w:val="ru-RU"/>
        </w:rPr>
        <w:sectPr w:rsidR="007156B9" w:rsidRPr="00880C89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7156B9" w:rsidRPr="00880C89" w:rsidRDefault="007156B9">
      <w:pPr>
        <w:autoSpaceDE w:val="0"/>
        <w:autoSpaceDN w:val="0"/>
        <w:spacing w:after="78" w:line="220" w:lineRule="exact"/>
        <w:rPr>
          <w:lang w:val="ru-RU"/>
        </w:rPr>
      </w:pPr>
    </w:p>
    <w:p w:rsidR="007156B9" w:rsidRPr="00880C89" w:rsidRDefault="00EC0FE9">
      <w:pPr>
        <w:autoSpaceDE w:val="0"/>
        <w:autoSpaceDN w:val="0"/>
        <w:spacing w:after="0" w:line="230" w:lineRule="auto"/>
        <w:rPr>
          <w:lang w:val="ru-RU"/>
        </w:rPr>
      </w:pPr>
      <w:r w:rsidRPr="00880C89">
        <w:rPr>
          <w:rFonts w:ascii="Times New Roman" w:eastAsia="Times New Roman" w:hAnsi="Times New Roman"/>
          <w:b/>
          <w:color w:val="000000"/>
          <w:sz w:val="24"/>
          <w:lang w:val="ru-RU"/>
        </w:rPr>
        <w:t>ПЛАНИРУЕМЫЕ ОБРАЗОВАТЕЛЬНЫЕ РЕЗУЛЬТАТЫ</w:t>
      </w:r>
    </w:p>
    <w:p w:rsidR="007156B9" w:rsidRPr="00880C89" w:rsidRDefault="00EC0FE9">
      <w:pPr>
        <w:autoSpaceDE w:val="0"/>
        <w:autoSpaceDN w:val="0"/>
        <w:spacing w:before="346" w:after="0" w:line="230" w:lineRule="auto"/>
        <w:rPr>
          <w:lang w:val="ru-RU"/>
        </w:rPr>
      </w:pPr>
      <w:r w:rsidRPr="00880C89">
        <w:rPr>
          <w:rFonts w:ascii="Times New Roman" w:eastAsia="Times New Roman" w:hAnsi="Times New Roman"/>
          <w:b/>
          <w:color w:val="000000"/>
          <w:sz w:val="24"/>
          <w:lang w:val="ru-RU"/>
        </w:rPr>
        <w:t>ЛИЧНОСТНЫЕ РЕЗУЛЬТАТЫ</w:t>
      </w:r>
    </w:p>
    <w:p w:rsidR="007156B9" w:rsidRPr="00880C89" w:rsidRDefault="00EC0FE9">
      <w:pPr>
        <w:tabs>
          <w:tab w:val="left" w:pos="180"/>
        </w:tabs>
        <w:autoSpaceDE w:val="0"/>
        <w:autoSpaceDN w:val="0"/>
        <w:spacing w:before="310" w:after="0" w:line="262" w:lineRule="auto"/>
        <w:rPr>
          <w:lang w:val="ru-RU"/>
        </w:rPr>
      </w:pPr>
      <w:r w:rsidRPr="00880C89">
        <w:rPr>
          <w:lang w:val="ru-RU"/>
        </w:rPr>
        <w:tab/>
      </w:r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 xml:space="preserve">В результате изучения предмета «Основы религиозных культур и светской этики» в 4 классе </w:t>
      </w:r>
      <w:proofErr w:type="gramStart"/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>у</w:t>
      </w:r>
      <w:proofErr w:type="gramEnd"/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 xml:space="preserve"> обучающегося будут сформированы следующие личностные результаты:</w:t>
      </w:r>
    </w:p>
    <w:p w:rsidR="007156B9" w:rsidRPr="00880C89" w:rsidRDefault="00EC0FE9">
      <w:pPr>
        <w:autoSpaceDE w:val="0"/>
        <w:autoSpaceDN w:val="0"/>
        <w:spacing w:before="370" w:after="0" w:line="262" w:lineRule="auto"/>
        <w:ind w:left="420" w:right="432"/>
        <w:rPr>
          <w:lang w:val="ru-RU"/>
        </w:rPr>
      </w:pPr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>—  понимать основы российской гражданской идентичности, испытывать чувство гордости за свою Родину;</w:t>
      </w:r>
    </w:p>
    <w:p w:rsidR="007156B9" w:rsidRPr="00880C89" w:rsidRDefault="00EC0FE9">
      <w:pPr>
        <w:autoSpaceDE w:val="0"/>
        <w:autoSpaceDN w:val="0"/>
        <w:spacing w:before="238" w:after="0" w:line="262" w:lineRule="auto"/>
        <w:ind w:left="420" w:right="144"/>
        <w:rPr>
          <w:lang w:val="ru-RU"/>
        </w:rPr>
      </w:pPr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 xml:space="preserve">—  формировать национальную и гражданскую </w:t>
      </w:r>
      <w:proofErr w:type="spellStart"/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>самоидентичность</w:t>
      </w:r>
      <w:proofErr w:type="spellEnd"/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>, осознавать свою этническую и национальную принадлежность;</w:t>
      </w:r>
    </w:p>
    <w:p w:rsidR="007156B9" w:rsidRPr="00880C89" w:rsidRDefault="00EC0FE9">
      <w:pPr>
        <w:autoSpaceDE w:val="0"/>
        <w:autoSpaceDN w:val="0"/>
        <w:spacing w:before="240" w:after="0" w:line="262" w:lineRule="auto"/>
        <w:ind w:left="420" w:right="144"/>
        <w:rPr>
          <w:lang w:val="ru-RU"/>
        </w:rPr>
      </w:pPr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>—  понимать значение гуманистических и демократических ценностных ориентаций; осознавать ценность человеческой жизни;</w:t>
      </w:r>
    </w:p>
    <w:p w:rsidR="007156B9" w:rsidRPr="00880C89" w:rsidRDefault="00EC0FE9">
      <w:pPr>
        <w:autoSpaceDE w:val="0"/>
        <w:autoSpaceDN w:val="0"/>
        <w:spacing w:before="238" w:after="0" w:line="262" w:lineRule="auto"/>
        <w:ind w:left="420" w:right="576"/>
        <w:rPr>
          <w:lang w:val="ru-RU"/>
        </w:rPr>
      </w:pPr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>—  понимать значение нравственных норм и ценностей как условия жизни личности, семьи, общества;</w:t>
      </w:r>
    </w:p>
    <w:p w:rsidR="007156B9" w:rsidRPr="00880C89" w:rsidRDefault="00EC0FE9">
      <w:pPr>
        <w:autoSpaceDE w:val="0"/>
        <w:autoSpaceDN w:val="0"/>
        <w:spacing w:before="238" w:after="0" w:line="262" w:lineRule="auto"/>
        <w:ind w:left="420" w:right="864"/>
        <w:rPr>
          <w:lang w:val="ru-RU"/>
        </w:rPr>
      </w:pPr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 xml:space="preserve">—  осознавать право гражданина РФ исповедовать любую традиционную религию или не исповедовать никакой </w:t>
      </w:r>
      <w:proofErr w:type="gramStart"/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>ре​</w:t>
      </w:r>
      <w:proofErr w:type="spellStart"/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>лигии</w:t>
      </w:r>
      <w:proofErr w:type="spellEnd"/>
      <w:proofErr w:type="gramEnd"/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>;</w:t>
      </w:r>
    </w:p>
    <w:p w:rsidR="007156B9" w:rsidRPr="00880C89" w:rsidRDefault="00EC0FE9">
      <w:pPr>
        <w:autoSpaceDE w:val="0"/>
        <w:autoSpaceDN w:val="0"/>
        <w:spacing w:before="238" w:after="0" w:line="271" w:lineRule="auto"/>
        <w:ind w:left="420" w:right="432"/>
        <w:rPr>
          <w:lang w:val="ru-RU"/>
        </w:rPr>
      </w:pPr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>—  строить своё общение, совместную деятельность на основе правил коммуникации: умения договариваться, мирно разрешать конфликты, уважать другое мнение, независимо от принадлежности собеседников к религии или к атеизму;</w:t>
      </w:r>
    </w:p>
    <w:p w:rsidR="007156B9" w:rsidRPr="00880C89" w:rsidRDefault="00EC0FE9">
      <w:pPr>
        <w:autoSpaceDE w:val="0"/>
        <w:autoSpaceDN w:val="0"/>
        <w:spacing w:before="238" w:after="0" w:line="271" w:lineRule="auto"/>
        <w:ind w:left="420" w:right="144"/>
        <w:rPr>
          <w:lang w:val="ru-RU"/>
        </w:rPr>
      </w:pPr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>—  соотносить свои поступки с нравственными ценностями, принятыми в российском обществе, проявлять уважение к духовным традициям народов России, терпимость к представителям разного вероисповедания;</w:t>
      </w:r>
    </w:p>
    <w:p w:rsidR="007156B9" w:rsidRPr="00880C89" w:rsidRDefault="00EC0FE9">
      <w:pPr>
        <w:autoSpaceDE w:val="0"/>
        <w:autoSpaceDN w:val="0"/>
        <w:spacing w:before="238" w:after="0" w:line="271" w:lineRule="auto"/>
        <w:ind w:left="420" w:right="432"/>
        <w:rPr>
          <w:lang w:val="ru-RU"/>
        </w:rPr>
      </w:pPr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>—  строить своё поведение с учётом нравственных норм и правил; проявлять в повседневной жизни доброту, справедливость, доброжелательность в общении, желание при необходимости прийти на помощь;</w:t>
      </w:r>
    </w:p>
    <w:p w:rsidR="007156B9" w:rsidRPr="00880C89" w:rsidRDefault="00EC0FE9">
      <w:pPr>
        <w:autoSpaceDE w:val="0"/>
        <w:autoSpaceDN w:val="0"/>
        <w:spacing w:before="238" w:after="0" w:line="271" w:lineRule="auto"/>
        <w:ind w:left="420" w:right="288"/>
        <w:rPr>
          <w:lang w:val="ru-RU"/>
        </w:rPr>
      </w:pPr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 xml:space="preserve">—  понимать необходимость обогащать свои знания о духовно-нравственной культуре, стремиться анализировать своё поведение, избегать негативных поступков и действий, </w:t>
      </w:r>
      <w:proofErr w:type="spellStart"/>
      <w:proofErr w:type="gramStart"/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>оскорб</w:t>
      </w:r>
      <w:proofErr w:type="spellEnd"/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>​</w:t>
      </w:r>
      <w:r w:rsidRPr="00880C89">
        <w:rPr>
          <w:rFonts w:ascii="DejaVu Serif" w:eastAsia="DejaVu Serif" w:hAnsi="DejaVu Serif"/>
          <w:color w:val="000000"/>
          <w:sz w:val="24"/>
          <w:lang w:val="ru-RU"/>
        </w:rPr>
        <w:t>‐</w:t>
      </w:r>
      <w:proofErr w:type="spellStart"/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>ляющих</w:t>
      </w:r>
      <w:proofErr w:type="spellEnd"/>
      <w:proofErr w:type="gramEnd"/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 xml:space="preserve"> других людей;</w:t>
      </w:r>
    </w:p>
    <w:p w:rsidR="007156B9" w:rsidRPr="00880C89" w:rsidRDefault="00EC0FE9">
      <w:pPr>
        <w:autoSpaceDE w:val="0"/>
        <w:autoSpaceDN w:val="0"/>
        <w:spacing w:before="240" w:after="0" w:line="230" w:lineRule="auto"/>
        <w:ind w:left="420"/>
        <w:rPr>
          <w:lang w:val="ru-RU"/>
        </w:rPr>
      </w:pPr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>—  понимать необходимость бережного отношения к материальным и духовным ценностям.</w:t>
      </w:r>
    </w:p>
    <w:p w:rsidR="007156B9" w:rsidRPr="00880C89" w:rsidRDefault="00EC0FE9">
      <w:pPr>
        <w:autoSpaceDE w:val="0"/>
        <w:autoSpaceDN w:val="0"/>
        <w:spacing w:before="322" w:after="0" w:line="230" w:lineRule="auto"/>
        <w:rPr>
          <w:lang w:val="ru-RU"/>
        </w:rPr>
      </w:pPr>
      <w:r w:rsidRPr="00880C89">
        <w:rPr>
          <w:rFonts w:ascii="Times New Roman" w:eastAsia="Times New Roman" w:hAnsi="Times New Roman"/>
          <w:b/>
          <w:color w:val="000000"/>
          <w:sz w:val="24"/>
          <w:lang w:val="ru-RU"/>
        </w:rPr>
        <w:t>МЕТАПРЕДМЕТНЫЕ РЕЗУЛЬТАТЫ</w:t>
      </w:r>
    </w:p>
    <w:p w:rsidR="007156B9" w:rsidRPr="00880C89" w:rsidRDefault="00EC0FE9">
      <w:pPr>
        <w:autoSpaceDE w:val="0"/>
        <w:autoSpaceDN w:val="0"/>
        <w:spacing w:before="226" w:after="0" w:line="262" w:lineRule="auto"/>
        <w:ind w:left="420" w:right="576"/>
        <w:rPr>
          <w:lang w:val="ru-RU"/>
        </w:rPr>
      </w:pPr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>—  овладевать способностью понимания и сохранения целей и задач учебной деятельности, поиска оптимальных средств их достижения;</w:t>
      </w:r>
    </w:p>
    <w:p w:rsidR="007156B9" w:rsidRPr="00880C89" w:rsidRDefault="00EC0FE9">
      <w:pPr>
        <w:autoSpaceDE w:val="0"/>
        <w:autoSpaceDN w:val="0"/>
        <w:spacing w:before="238" w:after="0" w:line="281" w:lineRule="auto"/>
        <w:ind w:left="420" w:right="144"/>
        <w:rPr>
          <w:lang w:val="ru-RU"/>
        </w:rPr>
      </w:pPr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 xml:space="preserve">—  формировать умения планировать, контролировать и оценивать учебные действия в </w:t>
      </w:r>
      <w:r w:rsidRPr="00880C89">
        <w:rPr>
          <w:lang w:val="ru-RU"/>
        </w:rPr>
        <w:br/>
      </w:r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>соответствии с поставленной задачей и условиями её реализации, определять и находить наиболее эффективные способы достижения результата, вносить соответствующие коррективы в процесс их реализации на основе оценки и учёта характера ошибок, понимать причины успеха/неуспеха учебной деятельности;</w:t>
      </w:r>
    </w:p>
    <w:p w:rsidR="007156B9" w:rsidRPr="00880C89" w:rsidRDefault="00EC0FE9">
      <w:pPr>
        <w:autoSpaceDE w:val="0"/>
        <w:autoSpaceDN w:val="0"/>
        <w:spacing w:before="238" w:after="0" w:line="262" w:lineRule="auto"/>
        <w:ind w:left="420" w:right="576"/>
        <w:rPr>
          <w:lang w:val="ru-RU"/>
        </w:rPr>
      </w:pPr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>—  совершенствовать умения в различных видах речевой деятельности и коммуникативных ситуациях; адекватное использование речевых средств и средств информационно-</w:t>
      </w:r>
    </w:p>
    <w:p w:rsidR="007156B9" w:rsidRPr="00880C89" w:rsidRDefault="007156B9">
      <w:pPr>
        <w:rPr>
          <w:lang w:val="ru-RU"/>
        </w:rPr>
        <w:sectPr w:rsidR="007156B9" w:rsidRPr="00880C89">
          <w:pgSz w:w="11900" w:h="16840"/>
          <w:pgMar w:top="298" w:right="650" w:bottom="402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7156B9" w:rsidRPr="00880C89" w:rsidRDefault="007156B9">
      <w:pPr>
        <w:autoSpaceDE w:val="0"/>
        <w:autoSpaceDN w:val="0"/>
        <w:spacing w:after="66" w:line="220" w:lineRule="exact"/>
        <w:rPr>
          <w:lang w:val="ru-RU"/>
        </w:rPr>
      </w:pPr>
    </w:p>
    <w:p w:rsidR="007156B9" w:rsidRPr="00880C89" w:rsidRDefault="00EC0FE9">
      <w:pPr>
        <w:autoSpaceDE w:val="0"/>
        <w:autoSpaceDN w:val="0"/>
        <w:spacing w:after="0" w:line="262" w:lineRule="auto"/>
        <w:ind w:left="240" w:right="432"/>
        <w:rPr>
          <w:lang w:val="ru-RU"/>
        </w:rPr>
      </w:pPr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>коммуникационных технологий для решения различных коммуникативных и познавательных задач;</w:t>
      </w:r>
    </w:p>
    <w:p w:rsidR="007156B9" w:rsidRPr="00880C89" w:rsidRDefault="00EC0FE9">
      <w:pPr>
        <w:autoSpaceDE w:val="0"/>
        <w:autoSpaceDN w:val="0"/>
        <w:spacing w:before="238" w:after="0" w:line="262" w:lineRule="auto"/>
        <w:ind w:left="240" w:right="1872"/>
        <w:rPr>
          <w:lang w:val="ru-RU"/>
        </w:rPr>
      </w:pPr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>—  совершенствовать умения в области работы с информацией, осуществления информационного поиска для выполнения учебных заданий;</w:t>
      </w:r>
    </w:p>
    <w:p w:rsidR="007156B9" w:rsidRPr="00880C89" w:rsidRDefault="00EC0FE9">
      <w:pPr>
        <w:autoSpaceDE w:val="0"/>
        <w:autoSpaceDN w:val="0"/>
        <w:spacing w:before="238" w:after="0" w:line="262" w:lineRule="auto"/>
        <w:ind w:left="240" w:right="288"/>
        <w:rPr>
          <w:lang w:val="ru-RU"/>
        </w:rPr>
      </w:pPr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>—  овладевать навыками смыслового чтения текстов различных стилей и жанров, осознанного построения речевых высказываний в соответствии с задачами коммуникации;</w:t>
      </w:r>
    </w:p>
    <w:p w:rsidR="007156B9" w:rsidRPr="00880C89" w:rsidRDefault="00EC0FE9">
      <w:pPr>
        <w:autoSpaceDE w:val="0"/>
        <w:autoSpaceDN w:val="0"/>
        <w:spacing w:before="238" w:after="0" w:line="271" w:lineRule="auto"/>
        <w:ind w:left="240"/>
        <w:rPr>
          <w:lang w:val="ru-RU"/>
        </w:rPr>
      </w:pPr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>—  овладевать логическими действиями анализа, синтеза, сравнения, обобщения, классификации, установления аналогий и причинно-следственных связей, построения рассуждений, отнесения к известным понятиям;</w:t>
      </w:r>
    </w:p>
    <w:p w:rsidR="007156B9" w:rsidRPr="00880C89" w:rsidRDefault="00EC0FE9">
      <w:pPr>
        <w:autoSpaceDE w:val="0"/>
        <w:autoSpaceDN w:val="0"/>
        <w:spacing w:before="240" w:after="0" w:line="271" w:lineRule="auto"/>
        <w:ind w:left="240" w:right="762"/>
        <w:jc w:val="both"/>
        <w:rPr>
          <w:lang w:val="ru-RU"/>
        </w:rPr>
      </w:pPr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>—  формировать готовность слушать собеседника и вести диалог, признавать возможность существования различных точек зрения и право каждого иметь свою собственную, умений излагать своё мнение и аргументировать свою точку зрения и оценку событий;</w:t>
      </w:r>
    </w:p>
    <w:p w:rsidR="007156B9" w:rsidRPr="00880C89" w:rsidRDefault="00EC0FE9">
      <w:pPr>
        <w:autoSpaceDE w:val="0"/>
        <w:autoSpaceDN w:val="0"/>
        <w:spacing w:before="238" w:after="0" w:line="271" w:lineRule="auto"/>
        <w:ind w:left="240"/>
        <w:rPr>
          <w:lang w:val="ru-RU"/>
        </w:rPr>
      </w:pPr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>—  совершенствовать организационные умения в области коллективной деятельности, умения определять общую цель и пути её достижения, умений договариваться о распределении ролей в совместной деятельности, адекватно оценивать собственное поведение и поведение окружающих.</w:t>
      </w:r>
    </w:p>
    <w:p w:rsidR="007156B9" w:rsidRPr="00880C89" w:rsidRDefault="00EC0FE9">
      <w:pPr>
        <w:autoSpaceDE w:val="0"/>
        <w:autoSpaceDN w:val="0"/>
        <w:spacing w:before="730" w:after="0" w:line="230" w:lineRule="auto"/>
        <w:rPr>
          <w:lang w:val="ru-RU"/>
        </w:rPr>
      </w:pPr>
      <w:r w:rsidRPr="00880C89">
        <w:rPr>
          <w:rFonts w:ascii="Times New Roman" w:eastAsia="Times New Roman" w:hAnsi="Times New Roman"/>
          <w:b/>
          <w:color w:val="000000"/>
          <w:sz w:val="24"/>
          <w:lang w:val="ru-RU"/>
        </w:rPr>
        <w:t>Универсальные учебные действия</w:t>
      </w:r>
    </w:p>
    <w:p w:rsidR="007156B9" w:rsidRPr="00880C89" w:rsidRDefault="00EC0FE9">
      <w:pPr>
        <w:autoSpaceDE w:val="0"/>
        <w:autoSpaceDN w:val="0"/>
        <w:spacing w:before="670" w:after="0" w:line="230" w:lineRule="auto"/>
        <w:rPr>
          <w:lang w:val="ru-RU"/>
        </w:rPr>
      </w:pPr>
      <w:r w:rsidRPr="00880C89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Познавательные УУД:</w:t>
      </w:r>
    </w:p>
    <w:p w:rsidR="007156B9" w:rsidRPr="00880C89" w:rsidRDefault="00EC0FE9">
      <w:pPr>
        <w:autoSpaceDE w:val="0"/>
        <w:autoSpaceDN w:val="0"/>
        <w:spacing w:before="370" w:after="0" w:line="271" w:lineRule="auto"/>
        <w:ind w:left="240"/>
        <w:rPr>
          <w:lang w:val="ru-RU"/>
        </w:rPr>
      </w:pPr>
      <w:proofErr w:type="gramStart"/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>—  ориентироваться в понятиях, отражающих нравственные ценности общества — мораль, этика, этикет, справедливость, гуманизм, благотворительность, а также используемых в разных религиях (в пределах изученного);</w:t>
      </w:r>
      <w:proofErr w:type="gramEnd"/>
    </w:p>
    <w:p w:rsidR="007156B9" w:rsidRPr="00880C89" w:rsidRDefault="00EC0FE9">
      <w:pPr>
        <w:autoSpaceDE w:val="0"/>
        <w:autoSpaceDN w:val="0"/>
        <w:spacing w:before="238" w:after="0" w:line="262" w:lineRule="auto"/>
        <w:ind w:left="240" w:right="288"/>
        <w:rPr>
          <w:lang w:val="ru-RU"/>
        </w:rPr>
      </w:pPr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>—  использовать разные методы получения знаний о традиционных религиях и светской этике (наблюдение, чтение, сравнение, вычисление);</w:t>
      </w:r>
    </w:p>
    <w:p w:rsidR="007156B9" w:rsidRPr="00880C89" w:rsidRDefault="00EC0FE9">
      <w:pPr>
        <w:autoSpaceDE w:val="0"/>
        <w:autoSpaceDN w:val="0"/>
        <w:spacing w:before="238" w:after="0" w:line="262" w:lineRule="auto"/>
        <w:ind w:left="144" w:right="864"/>
        <w:jc w:val="center"/>
        <w:rPr>
          <w:lang w:val="ru-RU"/>
        </w:rPr>
      </w:pPr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>—  применять логические действия и операции для решения учебных задач: сравнивать, анализировать, обобщать, делать выводы на основе изучаемого фактического материала;</w:t>
      </w:r>
    </w:p>
    <w:p w:rsidR="007156B9" w:rsidRPr="00880C89" w:rsidRDefault="00EC0FE9">
      <w:pPr>
        <w:autoSpaceDE w:val="0"/>
        <w:autoSpaceDN w:val="0"/>
        <w:spacing w:before="240" w:after="0" w:line="262" w:lineRule="auto"/>
        <w:ind w:left="240" w:right="144"/>
        <w:rPr>
          <w:lang w:val="ru-RU"/>
        </w:rPr>
      </w:pPr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>—  признавать возможность существования разных точек зрения; обосновывать свои суждения, приводить убедительные доказательства;</w:t>
      </w:r>
    </w:p>
    <w:p w:rsidR="007156B9" w:rsidRPr="00880C89" w:rsidRDefault="00EC0FE9">
      <w:pPr>
        <w:autoSpaceDE w:val="0"/>
        <w:autoSpaceDN w:val="0"/>
        <w:spacing w:before="238" w:after="0" w:line="230" w:lineRule="auto"/>
        <w:ind w:left="240"/>
        <w:rPr>
          <w:lang w:val="ru-RU"/>
        </w:rPr>
      </w:pPr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>—  выполнять совместные проектные задания с опорой на предложенные образцы.</w:t>
      </w:r>
    </w:p>
    <w:p w:rsidR="007156B9" w:rsidRPr="00880C89" w:rsidRDefault="00EC0FE9">
      <w:pPr>
        <w:autoSpaceDE w:val="0"/>
        <w:autoSpaceDN w:val="0"/>
        <w:spacing w:before="730" w:after="0" w:line="230" w:lineRule="auto"/>
        <w:rPr>
          <w:lang w:val="ru-RU"/>
        </w:rPr>
      </w:pPr>
      <w:r w:rsidRPr="00880C89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Работа с информацией:</w:t>
      </w:r>
    </w:p>
    <w:p w:rsidR="007156B9" w:rsidRPr="00880C89" w:rsidRDefault="00EC0FE9">
      <w:pPr>
        <w:autoSpaceDE w:val="0"/>
        <w:autoSpaceDN w:val="0"/>
        <w:spacing w:before="370" w:after="0" w:line="262" w:lineRule="auto"/>
        <w:ind w:left="240" w:right="1584"/>
        <w:rPr>
          <w:lang w:val="ru-RU"/>
        </w:rPr>
      </w:pPr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>—  воспроизводить прослушанную (прочитанную) информацию, подчёркивать её принадлежность к определённой религии и/или к гражданской этике;</w:t>
      </w:r>
    </w:p>
    <w:p w:rsidR="007156B9" w:rsidRPr="00880C89" w:rsidRDefault="00EC0FE9">
      <w:pPr>
        <w:autoSpaceDE w:val="0"/>
        <w:autoSpaceDN w:val="0"/>
        <w:spacing w:before="238" w:after="0" w:line="262" w:lineRule="auto"/>
        <w:ind w:left="240" w:right="432"/>
        <w:rPr>
          <w:lang w:val="ru-RU"/>
        </w:rPr>
      </w:pPr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>—  использовать разные средства для получения информации в соответствии с поставленной учебной задачей (текстовую, графическую, видео);</w:t>
      </w:r>
    </w:p>
    <w:p w:rsidR="007156B9" w:rsidRPr="00880C89" w:rsidRDefault="00EC0FE9">
      <w:pPr>
        <w:autoSpaceDE w:val="0"/>
        <w:autoSpaceDN w:val="0"/>
        <w:spacing w:before="238" w:after="0" w:line="230" w:lineRule="auto"/>
        <w:ind w:left="240"/>
        <w:rPr>
          <w:lang w:val="ru-RU"/>
        </w:rPr>
      </w:pPr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 xml:space="preserve">—  находить дополнительную информацию к основному учебному материалу в </w:t>
      </w:r>
      <w:proofErr w:type="gramStart"/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>разных</w:t>
      </w:r>
      <w:proofErr w:type="gramEnd"/>
    </w:p>
    <w:p w:rsidR="007156B9" w:rsidRPr="00880C89" w:rsidRDefault="007156B9">
      <w:pPr>
        <w:rPr>
          <w:lang w:val="ru-RU"/>
        </w:rPr>
        <w:sectPr w:rsidR="007156B9" w:rsidRPr="00880C89">
          <w:pgSz w:w="11900" w:h="16840"/>
          <w:pgMar w:top="286" w:right="694" w:bottom="438" w:left="846" w:header="720" w:footer="720" w:gutter="0"/>
          <w:cols w:space="720" w:equalWidth="0">
            <w:col w:w="10360" w:space="0"/>
          </w:cols>
          <w:docGrid w:linePitch="360"/>
        </w:sectPr>
      </w:pPr>
    </w:p>
    <w:p w:rsidR="007156B9" w:rsidRPr="00880C89" w:rsidRDefault="007156B9">
      <w:pPr>
        <w:autoSpaceDE w:val="0"/>
        <w:autoSpaceDN w:val="0"/>
        <w:spacing w:after="66" w:line="220" w:lineRule="exact"/>
        <w:rPr>
          <w:lang w:val="ru-RU"/>
        </w:rPr>
      </w:pPr>
    </w:p>
    <w:p w:rsidR="007156B9" w:rsidRPr="00880C89" w:rsidRDefault="00EC0FE9">
      <w:pPr>
        <w:autoSpaceDE w:val="0"/>
        <w:autoSpaceDN w:val="0"/>
        <w:spacing w:after="0" w:line="230" w:lineRule="auto"/>
        <w:ind w:left="240"/>
        <w:rPr>
          <w:lang w:val="ru-RU"/>
        </w:rPr>
      </w:pPr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 xml:space="preserve">информационных </w:t>
      </w:r>
      <w:proofErr w:type="gramStart"/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>источниках</w:t>
      </w:r>
      <w:proofErr w:type="gramEnd"/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>, в том числе в Интернете (в условиях контролируемого входа);</w:t>
      </w:r>
    </w:p>
    <w:p w:rsidR="007156B9" w:rsidRPr="00880C89" w:rsidRDefault="00EC0FE9">
      <w:pPr>
        <w:autoSpaceDE w:val="0"/>
        <w:autoSpaceDN w:val="0"/>
        <w:spacing w:before="238" w:after="0" w:line="262" w:lineRule="auto"/>
        <w:ind w:left="240" w:right="288"/>
        <w:rPr>
          <w:lang w:val="ru-RU"/>
        </w:rPr>
      </w:pPr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>—  анализировать, сравнивать информацию, представленную в разных источниках, с помощью учителя, оценивать её объективность и правильность.</w:t>
      </w:r>
    </w:p>
    <w:p w:rsidR="007156B9" w:rsidRPr="00880C89" w:rsidRDefault="00EC0FE9">
      <w:pPr>
        <w:autoSpaceDE w:val="0"/>
        <w:autoSpaceDN w:val="0"/>
        <w:spacing w:before="730" w:after="0" w:line="230" w:lineRule="auto"/>
        <w:rPr>
          <w:lang w:val="ru-RU"/>
        </w:rPr>
      </w:pPr>
      <w:r w:rsidRPr="00880C89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Коммуникативные УУД:</w:t>
      </w:r>
    </w:p>
    <w:p w:rsidR="007156B9" w:rsidRPr="00880C89" w:rsidRDefault="00EC0FE9">
      <w:pPr>
        <w:autoSpaceDE w:val="0"/>
        <w:autoSpaceDN w:val="0"/>
        <w:spacing w:before="370" w:after="0" w:line="271" w:lineRule="auto"/>
        <w:ind w:left="240" w:right="142"/>
        <w:jc w:val="both"/>
        <w:rPr>
          <w:lang w:val="ru-RU"/>
        </w:rPr>
      </w:pPr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>—  использовать смысловое чтение для выделения главной мысли религиозных притч, сказаний, произведений фольклора и художественной литературы, анализа и оценки жизненных ситуаций, раскрывающих проблемы нравственности, этики, речевого этикета;</w:t>
      </w:r>
    </w:p>
    <w:p w:rsidR="007156B9" w:rsidRPr="00880C89" w:rsidRDefault="00EC0FE9">
      <w:pPr>
        <w:autoSpaceDE w:val="0"/>
        <w:autoSpaceDN w:val="0"/>
        <w:spacing w:before="240" w:after="0" w:line="271" w:lineRule="auto"/>
        <w:ind w:left="240"/>
        <w:rPr>
          <w:lang w:val="ru-RU"/>
        </w:rPr>
      </w:pPr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>—  соблюдать правила ведения диалога и дискуссии; корректно задавать вопросы и высказывать своё мнение; проявлять уважительное отношение к собеседнику с учётом особенностей участников общения;</w:t>
      </w:r>
    </w:p>
    <w:p w:rsidR="007156B9" w:rsidRPr="00880C89" w:rsidRDefault="00EC0FE9">
      <w:pPr>
        <w:autoSpaceDE w:val="0"/>
        <w:autoSpaceDN w:val="0"/>
        <w:spacing w:before="238" w:after="0" w:line="262" w:lineRule="auto"/>
        <w:ind w:left="240" w:right="288"/>
        <w:rPr>
          <w:lang w:val="ru-RU"/>
        </w:rPr>
      </w:pPr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>—  создавать небольшие тексты-описания, тексты-рассуждения для воссоздания, анализа и оценки нравственно-этических идей, представленных в религиозных учениях и светской этике.</w:t>
      </w:r>
    </w:p>
    <w:p w:rsidR="007156B9" w:rsidRPr="00880C89" w:rsidRDefault="00EC0FE9">
      <w:pPr>
        <w:autoSpaceDE w:val="0"/>
        <w:autoSpaceDN w:val="0"/>
        <w:spacing w:before="730" w:after="0" w:line="230" w:lineRule="auto"/>
        <w:rPr>
          <w:lang w:val="ru-RU"/>
        </w:rPr>
      </w:pPr>
      <w:r w:rsidRPr="00880C89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Регулятивные УУД:</w:t>
      </w:r>
    </w:p>
    <w:p w:rsidR="007156B9" w:rsidRPr="00880C89" w:rsidRDefault="00EC0FE9">
      <w:pPr>
        <w:autoSpaceDE w:val="0"/>
        <w:autoSpaceDN w:val="0"/>
        <w:spacing w:before="370" w:after="0"/>
        <w:ind w:left="240"/>
        <w:rPr>
          <w:lang w:val="ru-RU"/>
        </w:rPr>
      </w:pPr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>—  проявлять самостоятельность, инициативность, организованность в осуществлении учебной деятельности и в конкретных жизненных ситуациях; контролировать состояние своего здоровья и эмоционального благополучия, предвидеть опасные для здоровья и жизни ситуации и способы их предупреждения;</w:t>
      </w:r>
    </w:p>
    <w:p w:rsidR="007156B9" w:rsidRPr="00880C89" w:rsidRDefault="00EC0FE9">
      <w:pPr>
        <w:autoSpaceDE w:val="0"/>
        <w:autoSpaceDN w:val="0"/>
        <w:spacing w:before="238" w:after="0" w:line="271" w:lineRule="auto"/>
        <w:ind w:left="240" w:right="288"/>
        <w:rPr>
          <w:lang w:val="ru-RU"/>
        </w:rPr>
      </w:pPr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 xml:space="preserve">—  проявлять готовность изменять себя, оценивать свои поступки, ориентируясь на </w:t>
      </w:r>
      <w:r w:rsidRPr="00880C89">
        <w:rPr>
          <w:lang w:val="ru-RU"/>
        </w:rPr>
        <w:br/>
      </w:r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>нравственные правила и нормы современного российского общества; проявлять способность к сознательному самоограничению в поведении;</w:t>
      </w:r>
    </w:p>
    <w:p w:rsidR="007156B9" w:rsidRPr="00880C89" w:rsidRDefault="00EC0FE9">
      <w:pPr>
        <w:autoSpaceDE w:val="0"/>
        <w:autoSpaceDN w:val="0"/>
        <w:spacing w:before="238" w:after="0" w:line="262" w:lineRule="auto"/>
        <w:ind w:left="240" w:right="144"/>
        <w:rPr>
          <w:lang w:val="ru-RU"/>
        </w:rPr>
      </w:pPr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>—  анализировать ситуации, отражающие примеры положительного и негативного отношения к окружающему миру (природе, людям, предметам трудовой деятельности);</w:t>
      </w:r>
    </w:p>
    <w:p w:rsidR="007156B9" w:rsidRPr="00880C89" w:rsidRDefault="00EC0FE9">
      <w:pPr>
        <w:autoSpaceDE w:val="0"/>
        <w:autoSpaceDN w:val="0"/>
        <w:spacing w:before="240" w:after="0" w:line="271" w:lineRule="auto"/>
        <w:ind w:left="240"/>
        <w:rPr>
          <w:lang w:val="ru-RU"/>
        </w:rPr>
      </w:pPr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>—  выражать своё отношение к анализируемым событиям, поступкам, действиям: одобрять нравственные нормы поведения; осуждать проявление несправедливости, жадности, нечестности, зла;</w:t>
      </w:r>
    </w:p>
    <w:p w:rsidR="007156B9" w:rsidRPr="00880C89" w:rsidRDefault="00EC0FE9">
      <w:pPr>
        <w:autoSpaceDE w:val="0"/>
        <w:autoSpaceDN w:val="0"/>
        <w:spacing w:before="238" w:after="0" w:line="262" w:lineRule="auto"/>
        <w:ind w:left="240"/>
        <w:rPr>
          <w:lang w:val="ru-RU"/>
        </w:rPr>
      </w:pPr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>—  проявлять высокий уровень познавательной мотивации, интерес к предмету, желание больше узнать о других религиях и правилах светской этики и этикета.</w:t>
      </w:r>
    </w:p>
    <w:p w:rsidR="007156B9" w:rsidRPr="00880C89" w:rsidRDefault="00EC0FE9">
      <w:pPr>
        <w:autoSpaceDE w:val="0"/>
        <w:autoSpaceDN w:val="0"/>
        <w:spacing w:before="730" w:after="0" w:line="230" w:lineRule="auto"/>
        <w:rPr>
          <w:lang w:val="ru-RU"/>
        </w:rPr>
      </w:pPr>
      <w:r w:rsidRPr="00880C89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Совместная деятельность:</w:t>
      </w:r>
    </w:p>
    <w:p w:rsidR="007156B9" w:rsidRPr="00880C89" w:rsidRDefault="00EC0FE9">
      <w:pPr>
        <w:autoSpaceDE w:val="0"/>
        <w:autoSpaceDN w:val="0"/>
        <w:spacing w:before="370" w:after="0" w:line="271" w:lineRule="auto"/>
        <w:ind w:left="240" w:right="288"/>
        <w:rPr>
          <w:lang w:val="ru-RU"/>
        </w:rPr>
      </w:pPr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>—  выбирать партнёра не только по личным симпатиям, но и по деловым качествам, корректно высказывать свои пожелания к работе, спокойно принимать замечания к своей работе, объективно их оценивать;</w:t>
      </w:r>
    </w:p>
    <w:p w:rsidR="007156B9" w:rsidRPr="00880C89" w:rsidRDefault="00EC0FE9">
      <w:pPr>
        <w:autoSpaceDE w:val="0"/>
        <w:autoSpaceDN w:val="0"/>
        <w:spacing w:before="238" w:after="0" w:line="262" w:lineRule="auto"/>
        <w:ind w:left="240" w:right="720"/>
        <w:rPr>
          <w:lang w:val="ru-RU"/>
        </w:rPr>
      </w:pPr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>—  владеть умениями совместной деятельности: подчиняться, договариваться, руководить; терпеливо и спокойно разрешать возникающие конфликты;</w:t>
      </w:r>
    </w:p>
    <w:p w:rsidR="007156B9" w:rsidRPr="00880C89" w:rsidRDefault="007156B9">
      <w:pPr>
        <w:rPr>
          <w:lang w:val="ru-RU"/>
        </w:rPr>
        <w:sectPr w:rsidR="007156B9" w:rsidRPr="00880C89">
          <w:pgSz w:w="11900" w:h="16840"/>
          <w:pgMar w:top="286" w:right="712" w:bottom="512" w:left="846" w:header="720" w:footer="720" w:gutter="0"/>
          <w:cols w:space="720" w:equalWidth="0">
            <w:col w:w="10342" w:space="0"/>
          </w:cols>
          <w:docGrid w:linePitch="360"/>
        </w:sectPr>
      </w:pPr>
    </w:p>
    <w:p w:rsidR="007156B9" w:rsidRPr="00880C89" w:rsidRDefault="007156B9">
      <w:pPr>
        <w:autoSpaceDE w:val="0"/>
        <w:autoSpaceDN w:val="0"/>
        <w:spacing w:after="108" w:line="220" w:lineRule="exact"/>
        <w:rPr>
          <w:lang w:val="ru-RU"/>
        </w:rPr>
      </w:pPr>
    </w:p>
    <w:p w:rsidR="007156B9" w:rsidRPr="00880C89" w:rsidRDefault="00EC0FE9">
      <w:pPr>
        <w:autoSpaceDE w:val="0"/>
        <w:autoSpaceDN w:val="0"/>
        <w:spacing w:after="0" w:line="262" w:lineRule="auto"/>
        <w:ind w:left="420" w:right="288"/>
        <w:rPr>
          <w:lang w:val="ru-RU"/>
        </w:rPr>
      </w:pPr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 xml:space="preserve">—  готовить индивидуально, в парах, в группах сообщения по изученному и дополнительному материалу с иллюстративным материалом и </w:t>
      </w:r>
      <w:proofErr w:type="spellStart"/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>видеопрезентацией</w:t>
      </w:r>
      <w:proofErr w:type="spellEnd"/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>.</w:t>
      </w:r>
    </w:p>
    <w:p w:rsidR="007156B9" w:rsidRPr="00880C89" w:rsidRDefault="00EC0FE9">
      <w:pPr>
        <w:autoSpaceDE w:val="0"/>
        <w:autoSpaceDN w:val="0"/>
        <w:spacing w:before="322" w:after="0" w:line="230" w:lineRule="auto"/>
        <w:rPr>
          <w:lang w:val="ru-RU"/>
        </w:rPr>
      </w:pPr>
      <w:r w:rsidRPr="00880C89">
        <w:rPr>
          <w:rFonts w:ascii="Times New Roman" w:eastAsia="Times New Roman" w:hAnsi="Times New Roman"/>
          <w:b/>
          <w:color w:val="000000"/>
          <w:sz w:val="24"/>
          <w:lang w:val="ru-RU"/>
        </w:rPr>
        <w:t>ПРЕДМЕТНЫЕ РЕЗУЛЬТАТЫ</w:t>
      </w:r>
    </w:p>
    <w:p w:rsidR="007156B9" w:rsidRPr="00880C89" w:rsidRDefault="00EC0FE9">
      <w:pPr>
        <w:tabs>
          <w:tab w:val="left" w:pos="180"/>
        </w:tabs>
        <w:autoSpaceDE w:val="0"/>
        <w:autoSpaceDN w:val="0"/>
        <w:spacing w:before="310" w:after="0" w:line="262" w:lineRule="auto"/>
        <w:rPr>
          <w:lang w:val="ru-RU"/>
        </w:rPr>
      </w:pPr>
      <w:r w:rsidRPr="00880C89">
        <w:rPr>
          <w:lang w:val="ru-RU"/>
        </w:rPr>
        <w:tab/>
      </w:r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>Предметные результаты освоения образовательной программы модуля «Основы светской этики</w:t>
      </w:r>
      <w:proofErr w:type="gramStart"/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>»д</w:t>
      </w:r>
      <w:proofErr w:type="gramEnd"/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 xml:space="preserve">олжны отражать </w:t>
      </w:r>
      <w:proofErr w:type="spellStart"/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>сформированность</w:t>
      </w:r>
      <w:proofErr w:type="spellEnd"/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 xml:space="preserve"> умений:</w:t>
      </w:r>
    </w:p>
    <w:p w:rsidR="007156B9" w:rsidRPr="00880C89" w:rsidRDefault="00EC0FE9">
      <w:pPr>
        <w:autoSpaceDE w:val="0"/>
        <w:autoSpaceDN w:val="0"/>
        <w:spacing w:before="370" w:after="0" w:line="271" w:lineRule="auto"/>
        <w:ind w:left="420"/>
        <w:rPr>
          <w:lang w:val="ru-RU"/>
        </w:rPr>
      </w:pPr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>—  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себе, людях, окружающей действительности;</w:t>
      </w:r>
    </w:p>
    <w:p w:rsidR="007156B9" w:rsidRPr="00880C89" w:rsidRDefault="00EC0FE9">
      <w:pPr>
        <w:autoSpaceDE w:val="0"/>
        <w:autoSpaceDN w:val="0"/>
        <w:spacing w:before="240" w:after="0" w:line="262" w:lineRule="auto"/>
        <w:ind w:left="420" w:right="144"/>
        <w:rPr>
          <w:lang w:val="ru-RU"/>
        </w:rPr>
      </w:pPr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>—  выражать своими словами понимание значимости нравственного самосовершенствования и роли в этом личных усилий человека, приводить примеры;</w:t>
      </w:r>
    </w:p>
    <w:p w:rsidR="007156B9" w:rsidRPr="00880C89" w:rsidRDefault="00EC0FE9">
      <w:pPr>
        <w:autoSpaceDE w:val="0"/>
        <w:autoSpaceDN w:val="0"/>
        <w:spacing w:before="238" w:after="0" w:line="271" w:lineRule="auto"/>
        <w:ind w:left="420" w:right="720"/>
        <w:rPr>
          <w:lang w:val="ru-RU"/>
        </w:rPr>
      </w:pPr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>—  выражать понимание и принятие значения российских традиционных духовных и нравственных ценностей, духовно-нравственной культуры народов России, российского общества как источника и основы духовного развития, нравственного совершенствования;</w:t>
      </w:r>
    </w:p>
    <w:p w:rsidR="007156B9" w:rsidRPr="00880C89" w:rsidRDefault="00EC0FE9">
      <w:pPr>
        <w:autoSpaceDE w:val="0"/>
        <w:autoSpaceDN w:val="0"/>
        <w:spacing w:before="238" w:after="0"/>
        <w:ind w:left="420"/>
        <w:rPr>
          <w:lang w:val="ru-RU"/>
        </w:rPr>
      </w:pPr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 xml:space="preserve">—  рассказывать о российской светской (гражданской) этике как общепринятых в российском обществе нормах морали, отношений и поведения людей, основанных на российских </w:t>
      </w:r>
      <w:r w:rsidRPr="00880C89">
        <w:rPr>
          <w:lang w:val="ru-RU"/>
        </w:rPr>
        <w:br/>
      </w:r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>традиционных духовных ценностях, конституционных правах, свободах и обязанностях человека и гражданина в России;</w:t>
      </w:r>
    </w:p>
    <w:p w:rsidR="007156B9" w:rsidRPr="00880C89" w:rsidRDefault="00EC0FE9">
      <w:pPr>
        <w:autoSpaceDE w:val="0"/>
        <w:autoSpaceDN w:val="0"/>
        <w:spacing w:before="238" w:after="0" w:line="281" w:lineRule="auto"/>
        <w:ind w:left="420" w:right="288"/>
        <w:rPr>
          <w:lang w:val="ru-RU"/>
        </w:rPr>
      </w:pPr>
      <w:proofErr w:type="gramStart"/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>—  раскрывать основное содержание нравственных категорий российской светской этики (справедливость, совесть, ответственность, сострадание, ценность и достоинство человеческой жизни, взаимоуважение, вера в добро, человеколюбие, милосердие, добродетели, патриотизм, труд) в отношениях между людьми в российском обществе; объяснять «золотое правило нравственности»;</w:t>
      </w:r>
      <w:proofErr w:type="gramEnd"/>
    </w:p>
    <w:p w:rsidR="007156B9" w:rsidRPr="00880C89" w:rsidRDefault="00EC0FE9">
      <w:pPr>
        <w:autoSpaceDE w:val="0"/>
        <w:autoSpaceDN w:val="0"/>
        <w:spacing w:before="238" w:after="0" w:line="271" w:lineRule="auto"/>
        <w:ind w:left="420"/>
        <w:rPr>
          <w:lang w:val="ru-RU"/>
        </w:rPr>
      </w:pPr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>—  высказывать суждения оценочного характера о значении нравственности в жизни человека, семьи, народа, общества и государства; умение различать нравственные нормы и нормы этикета, приводить примеры;</w:t>
      </w:r>
    </w:p>
    <w:p w:rsidR="007156B9" w:rsidRPr="00880C89" w:rsidRDefault="00EC0FE9">
      <w:pPr>
        <w:autoSpaceDE w:val="0"/>
        <w:autoSpaceDN w:val="0"/>
        <w:spacing w:before="240" w:after="0" w:line="262" w:lineRule="auto"/>
        <w:ind w:left="420" w:right="432"/>
        <w:rPr>
          <w:lang w:val="ru-RU"/>
        </w:rPr>
      </w:pPr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>—  первоначальный опыт осмысления и нравственной оценки поступков, поведения (своих и других людей) с позиций российской светской (гражданской) этики;</w:t>
      </w:r>
    </w:p>
    <w:p w:rsidR="007156B9" w:rsidRPr="00880C89" w:rsidRDefault="00EC0FE9">
      <w:pPr>
        <w:autoSpaceDE w:val="0"/>
        <w:autoSpaceDN w:val="0"/>
        <w:spacing w:before="240" w:after="0" w:line="281" w:lineRule="auto"/>
        <w:ind w:left="420"/>
        <w:rPr>
          <w:lang w:val="ru-RU"/>
        </w:rPr>
      </w:pPr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 xml:space="preserve">—  раскрывать своими словами первоначальные представления об основных нормах российской светской (гражданской) этики: любовь к Родине, российский патриотизм и гражданственность, защита Отечества; уважение памяти предков, исторического и культурного наследия и </w:t>
      </w:r>
      <w:r w:rsidRPr="00880C89">
        <w:rPr>
          <w:lang w:val="ru-RU"/>
        </w:rPr>
        <w:br/>
      </w:r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>особенностей народов России, российского общества; уважение чести, достоинства, доброго имени любого человека; любовь к природе, забота о животных, охрана окружающей среды;</w:t>
      </w:r>
    </w:p>
    <w:p w:rsidR="007156B9" w:rsidRPr="00880C89" w:rsidRDefault="00EC0FE9">
      <w:pPr>
        <w:autoSpaceDE w:val="0"/>
        <w:autoSpaceDN w:val="0"/>
        <w:spacing w:before="238" w:after="0" w:line="281" w:lineRule="auto"/>
        <w:ind w:left="420" w:right="144"/>
        <w:rPr>
          <w:lang w:val="ru-RU"/>
        </w:rPr>
      </w:pPr>
      <w:proofErr w:type="gramStart"/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>—  рассказывать о праздниках как одной из форм исторической памяти народа, общества; российских праздниках (государственные, народные, религиозные, семейные праздники); российских государственных праздниках, их истории и традициях (не менее трёх), религиозных праздниках (не менее двух разных традиционных религий народов России), праздниках в своём регионе (не менее одного), о роли семейных праздников в жизни человека, семьи;</w:t>
      </w:r>
      <w:proofErr w:type="gramEnd"/>
    </w:p>
    <w:p w:rsidR="007156B9" w:rsidRPr="00880C89" w:rsidRDefault="00EC0FE9">
      <w:pPr>
        <w:autoSpaceDE w:val="0"/>
        <w:autoSpaceDN w:val="0"/>
        <w:spacing w:before="238" w:after="0" w:line="262" w:lineRule="auto"/>
        <w:ind w:left="420"/>
        <w:rPr>
          <w:lang w:val="ru-RU"/>
        </w:rPr>
      </w:pPr>
      <w:proofErr w:type="gramStart"/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>—  раскрывать основное содержание понимания семьи, отношений в семье на основе российских традиционных духовных ценностей (семья — союз мужчины и женщины на основе взаимной</w:t>
      </w:r>
      <w:proofErr w:type="gramEnd"/>
    </w:p>
    <w:p w:rsidR="007156B9" w:rsidRPr="00880C89" w:rsidRDefault="007156B9">
      <w:pPr>
        <w:rPr>
          <w:lang w:val="ru-RU"/>
        </w:rPr>
        <w:sectPr w:rsidR="007156B9" w:rsidRPr="00880C89">
          <w:pgSz w:w="11900" w:h="16840"/>
          <w:pgMar w:top="328" w:right="740" w:bottom="422" w:left="666" w:header="720" w:footer="720" w:gutter="0"/>
          <w:cols w:space="720" w:equalWidth="0">
            <w:col w:w="10494" w:space="0"/>
          </w:cols>
          <w:docGrid w:linePitch="360"/>
        </w:sectPr>
      </w:pPr>
    </w:p>
    <w:p w:rsidR="007156B9" w:rsidRPr="00880C89" w:rsidRDefault="007156B9">
      <w:pPr>
        <w:autoSpaceDE w:val="0"/>
        <w:autoSpaceDN w:val="0"/>
        <w:spacing w:after="66" w:line="220" w:lineRule="exact"/>
        <w:rPr>
          <w:lang w:val="ru-RU"/>
        </w:rPr>
      </w:pPr>
    </w:p>
    <w:p w:rsidR="007156B9" w:rsidRPr="00880C89" w:rsidRDefault="00EC0FE9">
      <w:pPr>
        <w:autoSpaceDE w:val="0"/>
        <w:autoSpaceDN w:val="0"/>
        <w:spacing w:after="0" w:line="271" w:lineRule="auto"/>
        <w:rPr>
          <w:lang w:val="ru-RU"/>
        </w:rPr>
      </w:pPr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>любви для совместной жизни, рождения и воспитания детей; любовь и забота родителей о детях; любовь и забота детей о нуждающихся в помощи родителях; уважение старших по возрасту, предков); российских традиционных семейных ценностей;</w:t>
      </w:r>
    </w:p>
    <w:p w:rsidR="007156B9" w:rsidRPr="00880C89" w:rsidRDefault="00EC0FE9">
      <w:pPr>
        <w:autoSpaceDE w:val="0"/>
        <w:autoSpaceDN w:val="0"/>
        <w:spacing w:before="238" w:after="0" w:line="271" w:lineRule="auto"/>
        <w:rPr>
          <w:lang w:val="ru-RU"/>
        </w:rPr>
      </w:pPr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 xml:space="preserve">—  распознавать российскую государственную символику, символику своего региона, объяснять её значение; выражать уважение российской государственности, законов в </w:t>
      </w:r>
      <w:proofErr w:type="gramStart"/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>рос​</w:t>
      </w:r>
      <w:proofErr w:type="spellStart"/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>сийском</w:t>
      </w:r>
      <w:proofErr w:type="spellEnd"/>
      <w:proofErr w:type="gramEnd"/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 xml:space="preserve"> обществе, законных интересов и прав людей, сограждан;</w:t>
      </w:r>
    </w:p>
    <w:p w:rsidR="007156B9" w:rsidRPr="00880C89" w:rsidRDefault="00EC0FE9">
      <w:pPr>
        <w:autoSpaceDE w:val="0"/>
        <w:autoSpaceDN w:val="0"/>
        <w:spacing w:before="238" w:after="0" w:line="271" w:lineRule="auto"/>
        <w:ind w:right="288"/>
        <w:rPr>
          <w:lang w:val="ru-RU"/>
        </w:rPr>
      </w:pPr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>—  рассказывать о трудовой морали, нравственных традициях трудовой деятельности, предпринимательства в России; выражать нравственную ориентацию на трудолюбие, честный труд, уважение к труду, трудящимся, результатам труда;</w:t>
      </w:r>
    </w:p>
    <w:p w:rsidR="007156B9" w:rsidRPr="00880C89" w:rsidRDefault="00EC0FE9">
      <w:pPr>
        <w:autoSpaceDE w:val="0"/>
        <w:autoSpaceDN w:val="0"/>
        <w:spacing w:before="240" w:after="0" w:line="262" w:lineRule="auto"/>
        <w:rPr>
          <w:lang w:val="ru-RU"/>
        </w:rPr>
      </w:pPr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>—  рассказывать о российских культурных и природных памятниках, о культурных и природных достопримечательностях своего региона;</w:t>
      </w:r>
    </w:p>
    <w:p w:rsidR="007156B9" w:rsidRPr="00880C89" w:rsidRDefault="00EC0FE9">
      <w:pPr>
        <w:autoSpaceDE w:val="0"/>
        <w:autoSpaceDN w:val="0"/>
        <w:spacing w:before="238" w:after="0" w:line="262" w:lineRule="auto"/>
        <w:ind w:right="432"/>
        <w:rPr>
          <w:lang w:val="ru-RU"/>
        </w:rPr>
      </w:pPr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>—  раскрывать основное содержание российской светской (гражданской) этики на примерах образцов нравственности, российской гражданственности и патриотизма в истории России;</w:t>
      </w:r>
    </w:p>
    <w:p w:rsidR="007156B9" w:rsidRPr="00880C89" w:rsidRDefault="00EC0FE9">
      <w:pPr>
        <w:autoSpaceDE w:val="0"/>
        <w:autoSpaceDN w:val="0"/>
        <w:spacing w:before="238" w:after="0" w:line="262" w:lineRule="auto"/>
        <w:ind w:right="432"/>
        <w:rPr>
          <w:lang w:val="ru-RU"/>
        </w:rPr>
      </w:pPr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>—  объяснять своими словами роль светской (гражданской) этики в становлении российской государственности;</w:t>
      </w:r>
    </w:p>
    <w:p w:rsidR="007156B9" w:rsidRPr="00880C89" w:rsidRDefault="00EC0FE9">
      <w:pPr>
        <w:autoSpaceDE w:val="0"/>
        <w:autoSpaceDN w:val="0"/>
        <w:spacing w:before="238" w:after="0" w:line="271" w:lineRule="auto"/>
        <w:ind w:right="432"/>
        <w:rPr>
          <w:lang w:val="ru-RU"/>
        </w:rPr>
      </w:pPr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>—  первоначальный опыт поисковой, проектной деятельности по изучению исторического и культурного наследия народов России, российского общества в своей местности, регионе, оформлению и представлению её результатов;</w:t>
      </w:r>
    </w:p>
    <w:p w:rsidR="007156B9" w:rsidRPr="00880C89" w:rsidRDefault="00EC0FE9">
      <w:pPr>
        <w:autoSpaceDE w:val="0"/>
        <w:autoSpaceDN w:val="0"/>
        <w:spacing w:before="238" w:after="0" w:line="271" w:lineRule="auto"/>
        <w:rPr>
          <w:lang w:val="ru-RU"/>
        </w:rPr>
      </w:pPr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>—  приводить примеры нравственных поступков, совершаемых с опорой на этические нормы российской светской (гражданской) этики и внутреннюю установку личности поступать согласно своей совести;</w:t>
      </w:r>
    </w:p>
    <w:p w:rsidR="007156B9" w:rsidRPr="00880C89" w:rsidRDefault="00EC0FE9">
      <w:pPr>
        <w:autoSpaceDE w:val="0"/>
        <w:autoSpaceDN w:val="0"/>
        <w:spacing w:before="238" w:after="0" w:line="281" w:lineRule="auto"/>
        <w:rPr>
          <w:lang w:val="ru-RU"/>
        </w:rPr>
      </w:pPr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 xml:space="preserve">—  выражать своими словами понимание свободы мировоззренческого выбора, отношения человека, людей в обществе к религии, свободы вероисповедания; понимание российского общества как многоэтничного и </w:t>
      </w:r>
      <w:proofErr w:type="spellStart"/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>многорелигиозного</w:t>
      </w:r>
      <w:proofErr w:type="spellEnd"/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 xml:space="preserve"> (приводить примеры), понимание </w:t>
      </w:r>
      <w:r w:rsidRPr="00880C89">
        <w:rPr>
          <w:lang w:val="ru-RU"/>
        </w:rPr>
        <w:br/>
      </w:r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>российского общенародного (общенационального, гражданского) патриотизма, любви к Отечеству, нашей общей Родине — России; приводить примеры сотрудничества последователей традиционных религий;</w:t>
      </w:r>
    </w:p>
    <w:p w:rsidR="007156B9" w:rsidRPr="00880C89" w:rsidRDefault="00EC0FE9">
      <w:pPr>
        <w:autoSpaceDE w:val="0"/>
        <w:autoSpaceDN w:val="0"/>
        <w:spacing w:before="240" w:after="0" w:line="262" w:lineRule="auto"/>
        <w:ind w:right="576"/>
        <w:rPr>
          <w:lang w:val="ru-RU"/>
        </w:rPr>
      </w:pPr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>—  называть традиционные религии в России, народы России, для которых традиционными религиями исторически являются православие, ислам, буддизм, иудаизм;</w:t>
      </w:r>
    </w:p>
    <w:p w:rsidR="007156B9" w:rsidRPr="00880C89" w:rsidRDefault="00EC0FE9">
      <w:pPr>
        <w:autoSpaceDE w:val="0"/>
        <w:autoSpaceDN w:val="0"/>
        <w:spacing w:before="238" w:after="0" w:line="262" w:lineRule="auto"/>
        <w:ind w:right="432"/>
        <w:rPr>
          <w:lang w:val="ru-RU"/>
        </w:rPr>
      </w:pPr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>—  выражать своими словами понимание человеческого достоинства, ценности человеческой жизни в российской светской (гражданской) этике.</w:t>
      </w:r>
    </w:p>
    <w:p w:rsidR="007156B9" w:rsidRPr="00880C89" w:rsidRDefault="007156B9">
      <w:pPr>
        <w:rPr>
          <w:lang w:val="ru-RU"/>
        </w:rPr>
        <w:sectPr w:rsidR="007156B9" w:rsidRPr="00880C89">
          <w:pgSz w:w="11900" w:h="16840"/>
          <w:pgMar w:top="286" w:right="744" w:bottom="1440" w:left="1086" w:header="720" w:footer="720" w:gutter="0"/>
          <w:cols w:space="720" w:equalWidth="0">
            <w:col w:w="10069" w:space="0"/>
          </w:cols>
          <w:docGrid w:linePitch="360"/>
        </w:sectPr>
      </w:pPr>
    </w:p>
    <w:p w:rsidR="007156B9" w:rsidRPr="00880C89" w:rsidRDefault="007156B9">
      <w:pPr>
        <w:autoSpaceDE w:val="0"/>
        <w:autoSpaceDN w:val="0"/>
        <w:spacing w:after="64" w:line="220" w:lineRule="exact"/>
        <w:rPr>
          <w:lang w:val="ru-RU"/>
        </w:rPr>
      </w:pPr>
    </w:p>
    <w:p w:rsidR="007156B9" w:rsidRDefault="00EC0FE9">
      <w:pPr>
        <w:autoSpaceDE w:val="0"/>
        <w:autoSpaceDN w:val="0"/>
        <w:spacing w:after="258" w:line="233" w:lineRule="auto"/>
      </w:pPr>
      <w:r>
        <w:rPr>
          <w:rFonts w:ascii="Times New Roman" w:eastAsia="Times New Roman" w:hAnsi="Times New Roman"/>
          <w:b/>
          <w:color w:val="000000"/>
          <w:w w:val="101"/>
          <w:sz w:val="19"/>
        </w:rPr>
        <w:t xml:space="preserve">ТЕМАТИЧЕСКОЕ ПЛАНИРОВАНИЕ </w:t>
      </w:r>
    </w:p>
    <w:tbl>
      <w:tblPr>
        <w:tblW w:w="0" w:type="auto"/>
        <w:tblInd w:w="6" w:type="dxa"/>
        <w:tblLayout w:type="fixed"/>
        <w:tblLook w:val="04A0"/>
      </w:tblPr>
      <w:tblGrid>
        <w:gridCol w:w="468"/>
        <w:gridCol w:w="3506"/>
        <w:gridCol w:w="528"/>
        <w:gridCol w:w="1106"/>
        <w:gridCol w:w="1140"/>
        <w:gridCol w:w="804"/>
        <w:gridCol w:w="5308"/>
        <w:gridCol w:w="1260"/>
        <w:gridCol w:w="1382"/>
      </w:tblGrid>
      <w:tr w:rsidR="007156B9">
        <w:trPr>
          <w:trHeight w:hRule="exact" w:val="348"/>
        </w:trPr>
        <w:tc>
          <w:tcPr>
            <w:tcW w:w="4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156B9" w:rsidRDefault="00EC0FE9">
            <w:pPr>
              <w:autoSpaceDE w:val="0"/>
              <w:autoSpaceDN w:val="0"/>
              <w:spacing w:before="78" w:after="0" w:line="245" w:lineRule="auto"/>
              <w:ind w:right="144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п/п</w:t>
            </w:r>
          </w:p>
        </w:tc>
        <w:tc>
          <w:tcPr>
            <w:tcW w:w="35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156B9" w:rsidRPr="00880C89" w:rsidRDefault="00EC0FE9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880C89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Наименование разделов и тем программы</w:t>
            </w:r>
          </w:p>
        </w:tc>
        <w:tc>
          <w:tcPr>
            <w:tcW w:w="27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156B9" w:rsidRDefault="00EC0FE9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Количествочасов</w:t>
            </w:r>
            <w:proofErr w:type="spellEnd"/>
          </w:p>
        </w:tc>
        <w:tc>
          <w:tcPr>
            <w:tcW w:w="8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156B9" w:rsidRDefault="00EC0FE9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Дата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изучения</w:t>
            </w:r>
          </w:p>
        </w:tc>
        <w:tc>
          <w:tcPr>
            <w:tcW w:w="53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156B9" w:rsidRDefault="00EC0FE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Виды деятельности</w:t>
            </w:r>
          </w:p>
        </w:tc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156B9" w:rsidRDefault="00EC0FE9">
            <w:pPr>
              <w:autoSpaceDE w:val="0"/>
              <w:autoSpaceDN w:val="0"/>
              <w:spacing w:before="78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Виды, формы контроля</w:t>
            </w:r>
          </w:p>
        </w:tc>
        <w:tc>
          <w:tcPr>
            <w:tcW w:w="13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156B9" w:rsidRDefault="00EC0FE9">
            <w:pPr>
              <w:autoSpaceDE w:val="0"/>
              <w:autoSpaceDN w:val="0"/>
              <w:spacing w:before="78" w:after="0" w:line="25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Электронные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(цифровые)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образовательные ресурсы</w:t>
            </w:r>
          </w:p>
        </w:tc>
      </w:tr>
      <w:tr w:rsidR="007156B9">
        <w:trPr>
          <w:trHeight w:hRule="exact" w:val="576"/>
        </w:trPr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6B9" w:rsidRDefault="007156B9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6B9" w:rsidRDefault="007156B9"/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156B9" w:rsidRDefault="00EC0FE9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всего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156B9" w:rsidRDefault="00EC0FE9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контрольные работы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156B9" w:rsidRDefault="00EC0FE9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практические работы</w:t>
            </w:r>
          </w:p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6B9" w:rsidRDefault="007156B9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6B9" w:rsidRDefault="007156B9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6B9" w:rsidRDefault="007156B9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6B9" w:rsidRDefault="007156B9"/>
        </w:tc>
      </w:tr>
      <w:tr w:rsidR="007156B9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156B9" w:rsidRDefault="00EC0FE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Модуль 1.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Основы светской этики</w:t>
            </w:r>
          </w:p>
        </w:tc>
      </w:tr>
      <w:tr w:rsidR="007156B9">
        <w:trPr>
          <w:trHeight w:hRule="exact" w:val="1310"/>
        </w:trPr>
        <w:tc>
          <w:tcPr>
            <w:tcW w:w="4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156B9" w:rsidRDefault="00EC0FE9">
            <w:pPr>
              <w:autoSpaceDE w:val="0"/>
              <w:autoSpaceDN w:val="0"/>
              <w:spacing w:before="7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1.1.</w:t>
            </w:r>
          </w:p>
        </w:tc>
        <w:tc>
          <w:tcPr>
            <w:tcW w:w="350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156B9" w:rsidRDefault="00EC0FE9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Россия — наша Родина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156B9" w:rsidRDefault="00EC0FE9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156B9" w:rsidRDefault="00EC0FE9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156B9" w:rsidRDefault="00EC0FE9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156B9" w:rsidRDefault="007156B9"/>
        </w:tc>
        <w:tc>
          <w:tcPr>
            <w:tcW w:w="530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156B9" w:rsidRPr="00880C89" w:rsidRDefault="00EC0FE9">
            <w:pPr>
              <w:autoSpaceDE w:val="0"/>
              <w:autoSpaceDN w:val="0"/>
              <w:spacing w:before="76" w:after="0" w:line="252" w:lineRule="auto"/>
              <w:ind w:left="72"/>
              <w:rPr>
                <w:lang w:val="ru-RU"/>
              </w:rPr>
            </w:pPr>
            <w:proofErr w:type="gramStart"/>
            <w:r w:rsidRPr="00880C8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использовать ключевые понятия учебной темы в устной и письменной речи, применять их при анализе и оценке явлений и фактов действительности; рассказывать о роли культурных традиций в жизни народов России, о значении культурных традиций в жизни человека, семьи, народа, общества; проверять себя и самостоятельно оценивать свои достижения; </w:t>
            </w:r>
            <w:r w:rsidRPr="00880C89">
              <w:rPr>
                <w:lang w:val="ru-RU"/>
              </w:rPr>
              <w:br/>
            </w:r>
            <w:r w:rsidRPr="00880C8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приводить примеры единения народов России (например, праздники);</w:t>
            </w:r>
            <w:proofErr w:type="gramEnd"/>
          </w:p>
        </w:tc>
        <w:tc>
          <w:tcPr>
            <w:tcW w:w="126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156B9" w:rsidRDefault="00EC0FE9">
            <w:pPr>
              <w:autoSpaceDE w:val="0"/>
              <w:autoSpaceDN w:val="0"/>
              <w:spacing w:before="76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156B9" w:rsidRDefault="00EC0FE9">
            <w:pPr>
              <w:autoSpaceDE w:val="0"/>
              <w:autoSpaceDN w:val="0"/>
              <w:spacing w:before="76" w:after="0" w:line="245" w:lineRule="auto"/>
              <w:ind w:right="288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- http:// school-collection. edu .</w:t>
            </w:r>
          </w:p>
        </w:tc>
      </w:tr>
      <w:tr w:rsidR="007156B9">
        <w:trPr>
          <w:trHeight w:hRule="exact" w:val="246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156B9" w:rsidRDefault="00EC0FE9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1.2.</w:t>
            </w: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156B9" w:rsidRPr="00880C89" w:rsidRDefault="00EC0FE9">
            <w:pPr>
              <w:autoSpaceDE w:val="0"/>
              <w:autoSpaceDN w:val="0"/>
              <w:spacing w:before="76" w:after="0" w:line="250" w:lineRule="auto"/>
              <w:ind w:left="72" w:right="288"/>
              <w:rPr>
                <w:lang w:val="ru-RU"/>
              </w:rPr>
            </w:pPr>
            <w:r w:rsidRPr="00880C8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Этика и её значение в жизни человека. Нормы морали. Нравственные ценности, идеалы, </w:t>
            </w:r>
            <w:r w:rsidRPr="00880C89">
              <w:rPr>
                <w:lang w:val="ru-RU"/>
              </w:rPr>
              <w:br/>
            </w:r>
            <w:r w:rsidRPr="00880C8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принципы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156B9" w:rsidRDefault="00EC0FE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8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156B9" w:rsidRDefault="00EC0FE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156B9" w:rsidRDefault="00EC0FE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156B9" w:rsidRDefault="007156B9"/>
        </w:tc>
        <w:tc>
          <w:tcPr>
            <w:tcW w:w="5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156B9" w:rsidRPr="00880C89" w:rsidRDefault="00EC0FE9">
            <w:pPr>
              <w:autoSpaceDE w:val="0"/>
              <w:autoSpaceDN w:val="0"/>
              <w:spacing w:before="76" w:after="0" w:line="254" w:lineRule="auto"/>
              <w:ind w:left="72"/>
              <w:rPr>
                <w:lang w:val="ru-RU"/>
              </w:rPr>
            </w:pPr>
            <w:proofErr w:type="gramStart"/>
            <w:r w:rsidRPr="00880C8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использовать основные понятия темы в устной и письменной речи, </w:t>
            </w:r>
            <w:r w:rsidRPr="00880C89">
              <w:rPr>
                <w:lang w:val="ru-RU"/>
              </w:rPr>
              <w:br/>
            </w:r>
            <w:r w:rsidRPr="00880C8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рассматривать иллюстративный материал, соотносить текст с </w:t>
            </w:r>
            <w:r w:rsidRPr="00880C89">
              <w:rPr>
                <w:lang w:val="ru-RU"/>
              </w:rPr>
              <w:br/>
            </w:r>
            <w:r w:rsidRPr="00880C8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иллюстрациями; </w:t>
            </w:r>
            <w:r w:rsidRPr="00880C89">
              <w:rPr>
                <w:lang w:val="ru-RU"/>
              </w:rPr>
              <w:br/>
            </w:r>
            <w:r w:rsidRPr="00880C8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составлять небольшой текст-рассуждение на темы добра и зла, моральных ценностей, идеалов; </w:t>
            </w:r>
            <w:r w:rsidRPr="00880C89">
              <w:rPr>
                <w:lang w:val="ru-RU"/>
              </w:rPr>
              <w:br/>
            </w:r>
            <w:r w:rsidRPr="00880C8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высказывать суждения оценочного характера о значении нравственности в жизни человека, семьи, народа, общества, государства; </w:t>
            </w:r>
            <w:r w:rsidRPr="00880C89">
              <w:rPr>
                <w:lang w:val="ru-RU"/>
              </w:rPr>
              <w:br/>
            </w:r>
            <w:r w:rsidRPr="00880C8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рассуждать о возможности и необходимости соблюдения нравственных норм в жизни человека, общества, раскрывать понимание «золотого правила этики»;</w:t>
            </w:r>
            <w:proofErr w:type="gramEnd"/>
            <w:r w:rsidRPr="00880C89">
              <w:rPr>
                <w:lang w:val="ru-RU"/>
              </w:rPr>
              <w:br/>
            </w:r>
            <w:r w:rsidRPr="00880C8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размышлять и рассуждать на морально-этические темы; </w:t>
            </w:r>
            <w:r w:rsidRPr="00880C89">
              <w:rPr>
                <w:lang w:val="ru-RU"/>
              </w:rPr>
              <w:br/>
            </w:r>
            <w:r w:rsidRPr="00880C8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проверять себя и самостоятельно оценивать свои достижения;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156B9" w:rsidRDefault="00EC0FE9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156B9" w:rsidRDefault="00EC0FE9">
            <w:pPr>
              <w:autoSpaceDE w:val="0"/>
              <w:autoSpaceDN w:val="0"/>
              <w:spacing w:before="76" w:after="0" w:line="245" w:lineRule="auto"/>
              <w:ind w:right="288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- http:// school-collection. edu .</w:t>
            </w:r>
          </w:p>
        </w:tc>
      </w:tr>
      <w:tr w:rsidR="007156B9">
        <w:trPr>
          <w:trHeight w:hRule="exact" w:val="150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156B9" w:rsidRDefault="00EC0FE9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1.3.</w:t>
            </w: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156B9" w:rsidRPr="00880C89" w:rsidRDefault="00EC0FE9">
            <w:pPr>
              <w:autoSpaceDE w:val="0"/>
              <w:autoSpaceDN w:val="0"/>
              <w:spacing w:before="76" w:after="0" w:line="250" w:lineRule="auto"/>
              <w:ind w:left="72" w:right="144"/>
              <w:rPr>
                <w:lang w:val="ru-RU"/>
              </w:rPr>
            </w:pPr>
            <w:r w:rsidRPr="00880C8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Государство и мораль гражданина. Основной Закон (Конституция) в государстве как источник российской гражданской этики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156B9" w:rsidRDefault="00EC0FE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156B9" w:rsidRDefault="00EC0FE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156B9" w:rsidRDefault="00EC0FE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156B9" w:rsidRDefault="007156B9"/>
        </w:tc>
        <w:tc>
          <w:tcPr>
            <w:tcW w:w="5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156B9" w:rsidRPr="00880C89" w:rsidRDefault="00EC0FE9">
            <w:pPr>
              <w:autoSpaceDE w:val="0"/>
              <w:autoSpaceDN w:val="0"/>
              <w:spacing w:before="76" w:after="0" w:line="254" w:lineRule="auto"/>
              <w:ind w:left="72" w:right="144"/>
              <w:rPr>
                <w:lang w:val="ru-RU"/>
              </w:rPr>
            </w:pPr>
            <w:r w:rsidRPr="00880C8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читать и понимать учебный текст, объяснять </w:t>
            </w:r>
            <w:proofErr w:type="spellStart"/>
            <w:proofErr w:type="gramStart"/>
            <w:r w:rsidRPr="00880C8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зна</w:t>
            </w:r>
            <w:proofErr w:type="spellEnd"/>
            <w:r w:rsidRPr="00880C8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​</w:t>
            </w:r>
            <w:proofErr w:type="spellStart"/>
            <w:r w:rsidRPr="00880C8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чение</w:t>
            </w:r>
            <w:proofErr w:type="spellEnd"/>
            <w:proofErr w:type="gramEnd"/>
            <w:r w:rsidRPr="00880C8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слов (терминов и понятий) с опорой на текст учебника; </w:t>
            </w:r>
            <w:r w:rsidRPr="00880C89">
              <w:rPr>
                <w:lang w:val="ru-RU"/>
              </w:rPr>
              <w:br/>
            </w:r>
            <w:r w:rsidRPr="00880C8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выражать понимание нравственного долга и ответственности человека в российском обществе, государстве; </w:t>
            </w:r>
            <w:r w:rsidRPr="00880C89">
              <w:rPr>
                <w:lang w:val="ru-RU"/>
              </w:rPr>
              <w:br/>
            </w:r>
            <w:r w:rsidRPr="00880C8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рассказывать о российской гражданской этике как общепринятых в </w:t>
            </w:r>
            <w:r w:rsidRPr="00880C89">
              <w:rPr>
                <w:lang w:val="ru-RU"/>
              </w:rPr>
              <w:br/>
            </w:r>
            <w:r w:rsidRPr="00880C8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российском обществе нормах морали, отношений и поведения людей, основанных на конституционных правах, свободах, обязанностях человека;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156B9" w:rsidRDefault="00EC0FE9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156B9" w:rsidRDefault="00EC0FE9">
            <w:pPr>
              <w:autoSpaceDE w:val="0"/>
              <w:autoSpaceDN w:val="0"/>
              <w:spacing w:before="76" w:after="0" w:line="245" w:lineRule="auto"/>
              <w:ind w:right="288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- http:// school-collection. edu .</w:t>
            </w:r>
          </w:p>
        </w:tc>
      </w:tr>
      <w:tr w:rsidR="007156B9">
        <w:trPr>
          <w:trHeight w:hRule="exact" w:val="309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156B9" w:rsidRDefault="00EC0FE9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1.4.</w:t>
            </w: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156B9" w:rsidRDefault="00EC0FE9">
            <w:pPr>
              <w:autoSpaceDE w:val="0"/>
              <w:autoSpaceDN w:val="0"/>
              <w:spacing w:before="78" w:after="0" w:line="245" w:lineRule="auto"/>
              <w:ind w:left="72" w:right="144"/>
            </w:pPr>
            <w:r w:rsidRPr="00880C8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Образцы нравственности в культуре Отечества, народов России.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Природа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человек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156B9" w:rsidRDefault="00EC0FE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8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156B9" w:rsidRDefault="00EC0FE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156B9" w:rsidRDefault="00EC0FE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156B9" w:rsidRDefault="007156B9"/>
        </w:tc>
        <w:tc>
          <w:tcPr>
            <w:tcW w:w="5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156B9" w:rsidRPr="00880C89" w:rsidRDefault="00EC0FE9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proofErr w:type="gramStart"/>
            <w:r w:rsidRPr="00880C8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; </w:t>
            </w:r>
            <w:r w:rsidRPr="00880C89">
              <w:rPr>
                <w:lang w:val="ru-RU"/>
              </w:rPr>
              <w:br/>
            </w:r>
            <w:r w:rsidRPr="00880C8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рассуждать о необходимости соблюдения нравственных норм жизни в обществе; </w:t>
            </w:r>
            <w:r w:rsidRPr="00880C89">
              <w:rPr>
                <w:lang w:val="ru-RU"/>
              </w:rPr>
              <w:br/>
            </w:r>
            <w:r w:rsidRPr="00880C8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рассуждать о нравственных нормах на примерах образцов поведения людей, исторических и литературных героев, защитников Отечества в истории России и современности; </w:t>
            </w:r>
            <w:r w:rsidRPr="00880C89">
              <w:rPr>
                <w:lang w:val="ru-RU"/>
              </w:rPr>
              <w:br/>
            </w:r>
            <w:r w:rsidRPr="00880C8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рассуждать о возможности и необходимости бережного отношения к природе и личной ответственности за это каждого человека; </w:t>
            </w:r>
            <w:r w:rsidRPr="00880C89">
              <w:rPr>
                <w:lang w:val="ru-RU"/>
              </w:rPr>
              <w:br/>
            </w:r>
            <w:r w:rsidRPr="00880C8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осуществлять поиск необходимой информации для выполнения заданий;</w:t>
            </w:r>
            <w:proofErr w:type="gramEnd"/>
            <w:r w:rsidRPr="00880C8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составлять небольшой текст-рассуждение на тему «Образцы нравственного поведения в культуре Отечества»; </w:t>
            </w:r>
            <w:r w:rsidRPr="00880C89">
              <w:rPr>
                <w:lang w:val="ru-RU"/>
              </w:rPr>
              <w:br/>
            </w:r>
            <w:r w:rsidRPr="00880C8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использовать знания, полученные на уроках по литературному чтению и окружающему миру, для осмысления примеров нравственного поведения людей в истории и культуре Отечества; </w:t>
            </w:r>
            <w:r w:rsidRPr="00880C89">
              <w:rPr>
                <w:lang w:val="ru-RU"/>
              </w:rPr>
              <w:br/>
            </w:r>
            <w:r w:rsidRPr="00880C8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проверять себя и самостоятельно оценивать свои достижения;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156B9" w:rsidRDefault="00EC0FE9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Тестирование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156B9" w:rsidRDefault="00EC0FE9">
            <w:pPr>
              <w:autoSpaceDE w:val="0"/>
              <w:autoSpaceDN w:val="0"/>
              <w:spacing w:before="78" w:after="0" w:line="245" w:lineRule="auto"/>
              <w:ind w:right="288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- http:// school-collection. edu .</w:t>
            </w:r>
          </w:p>
        </w:tc>
      </w:tr>
    </w:tbl>
    <w:p w:rsidR="007156B9" w:rsidRDefault="007156B9">
      <w:pPr>
        <w:autoSpaceDE w:val="0"/>
        <w:autoSpaceDN w:val="0"/>
        <w:spacing w:after="0" w:line="14" w:lineRule="exact"/>
      </w:pPr>
    </w:p>
    <w:p w:rsidR="007156B9" w:rsidRDefault="007156B9">
      <w:pPr>
        <w:sectPr w:rsidR="007156B9">
          <w:pgSz w:w="16840" w:h="11900"/>
          <w:pgMar w:top="282" w:right="640" w:bottom="598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7156B9" w:rsidRDefault="007156B9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/>
      </w:tblPr>
      <w:tblGrid>
        <w:gridCol w:w="468"/>
        <w:gridCol w:w="3506"/>
        <w:gridCol w:w="528"/>
        <w:gridCol w:w="1106"/>
        <w:gridCol w:w="1140"/>
        <w:gridCol w:w="804"/>
        <w:gridCol w:w="5308"/>
        <w:gridCol w:w="1260"/>
        <w:gridCol w:w="1382"/>
      </w:tblGrid>
      <w:tr w:rsidR="007156B9">
        <w:trPr>
          <w:trHeight w:hRule="exact" w:val="189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156B9" w:rsidRDefault="00EC0FE9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1.5.</w:t>
            </w: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156B9" w:rsidRPr="00880C89" w:rsidRDefault="00EC0FE9">
            <w:pPr>
              <w:autoSpaceDE w:val="0"/>
              <w:autoSpaceDN w:val="0"/>
              <w:spacing w:before="78" w:after="0" w:line="245" w:lineRule="auto"/>
              <w:ind w:left="72" w:right="432"/>
              <w:rPr>
                <w:lang w:val="ru-RU"/>
              </w:rPr>
            </w:pPr>
            <w:r w:rsidRPr="00880C8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Праздники как одна из форм исторической памяти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156B9" w:rsidRDefault="00EC0FE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156B9" w:rsidRDefault="00EC0FE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156B9" w:rsidRDefault="00EC0FE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156B9" w:rsidRDefault="007156B9"/>
        </w:tc>
        <w:tc>
          <w:tcPr>
            <w:tcW w:w="530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156B9" w:rsidRPr="00880C89" w:rsidRDefault="00EC0FE9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proofErr w:type="gramStart"/>
            <w:r w:rsidRPr="00880C8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объяснять значение праздников как одной из форм исторической памяти народа, общества, их значение для укрепления единства народа, общества; рассказывать о российских праздниках (государственные, народные, </w:t>
            </w:r>
            <w:r w:rsidRPr="00880C89">
              <w:rPr>
                <w:lang w:val="ru-RU"/>
              </w:rPr>
              <w:br/>
            </w:r>
            <w:r w:rsidRPr="00880C8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религиозные, семейные), День народного единства, День защитников Отечества и др., о праздниках в своём регионе, местности проживания; осуществлять поиск необходимой информации для выполнения заданий; использовать речевые средства, навыки смыслового чтения учебных текстов, участвовать в беседе;</w:t>
            </w:r>
            <w:proofErr w:type="gramEnd"/>
            <w:r w:rsidRPr="00880C89">
              <w:rPr>
                <w:lang w:val="ru-RU"/>
              </w:rPr>
              <w:br/>
            </w:r>
            <w:r w:rsidRPr="00880C8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проверять себя и самостоятельно оценивать свои достижения;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156B9" w:rsidRDefault="00EC0FE9">
            <w:pPr>
              <w:autoSpaceDE w:val="0"/>
              <w:autoSpaceDN w:val="0"/>
              <w:spacing w:before="78" w:after="0" w:line="245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156B9" w:rsidRDefault="00EC0FE9">
            <w:pPr>
              <w:autoSpaceDE w:val="0"/>
              <w:autoSpaceDN w:val="0"/>
              <w:spacing w:before="78" w:after="0" w:line="245" w:lineRule="auto"/>
              <w:ind w:right="288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- http:// school-collection. edu .</w:t>
            </w:r>
          </w:p>
        </w:tc>
      </w:tr>
      <w:tr w:rsidR="007156B9">
        <w:trPr>
          <w:trHeight w:hRule="exact" w:val="1116"/>
        </w:trPr>
        <w:tc>
          <w:tcPr>
            <w:tcW w:w="4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156B9" w:rsidRDefault="00EC0FE9">
            <w:pPr>
              <w:autoSpaceDE w:val="0"/>
              <w:autoSpaceDN w:val="0"/>
              <w:spacing w:before="74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1.6.</w:t>
            </w:r>
          </w:p>
        </w:tc>
        <w:tc>
          <w:tcPr>
            <w:tcW w:w="350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156B9" w:rsidRPr="00880C89" w:rsidRDefault="00EC0FE9">
            <w:pPr>
              <w:autoSpaceDE w:val="0"/>
              <w:autoSpaceDN w:val="0"/>
              <w:spacing w:before="74" w:after="0" w:line="230" w:lineRule="auto"/>
              <w:jc w:val="center"/>
              <w:rPr>
                <w:lang w:val="ru-RU"/>
              </w:rPr>
            </w:pPr>
            <w:r w:rsidRPr="00880C8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Семейные ценности. Этика семейных отношений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156B9" w:rsidRDefault="00EC0FE9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156B9" w:rsidRDefault="00EC0FE9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156B9" w:rsidRDefault="00EC0FE9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156B9" w:rsidRDefault="007156B9"/>
        </w:tc>
        <w:tc>
          <w:tcPr>
            <w:tcW w:w="530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156B9" w:rsidRPr="00880C89" w:rsidRDefault="00EC0FE9">
            <w:pPr>
              <w:autoSpaceDE w:val="0"/>
              <w:autoSpaceDN w:val="0"/>
              <w:spacing w:before="74" w:after="0" w:line="252" w:lineRule="auto"/>
              <w:ind w:left="72" w:right="144"/>
              <w:rPr>
                <w:lang w:val="ru-RU"/>
              </w:rPr>
            </w:pPr>
            <w:r w:rsidRPr="00880C8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объяснять значение слов (терминов и понятий) с опорой на учебный текст; раскрывать основное содержание понимания семьи, отношений в семье на основе взаимной любви и уважения, любовь и забота родителей о детях; любовь и забота детей о нуждающихся в помощи родителях; уважение старших;</w:t>
            </w:r>
          </w:p>
        </w:tc>
        <w:tc>
          <w:tcPr>
            <w:tcW w:w="126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156B9" w:rsidRDefault="00EC0FE9">
            <w:pPr>
              <w:autoSpaceDE w:val="0"/>
              <w:autoSpaceDN w:val="0"/>
              <w:spacing w:before="74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156B9" w:rsidRDefault="00EC0FE9">
            <w:pPr>
              <w:autoSpaceDE w:val="0"/>
              <w:autoSpaceDN w:val="0"/>
              <w:spacing w:before="74" w:after="0" w:line="245" w:lineRule="auto"/>
              <w:ind w:right="288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- http:// school-collection. edu .</w:t>
            </w:r>
          </w:p>
        </w:tc>
      </w:tr>
      <w:tr w:rsidR="007156B9">
        <w:trPr>
          <w:trHeight w:hRule="exact" w:val="169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156B9" w:rsidRDefault="00EC0FE9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1.7.</w:t>
            </w: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156B9" w:rsidRPr="00880C89" w:rsidRDefault="00EC0FE9">
            <w:pPr>
              <w:autoSpaceDE w:val="0"/>
              <w:autoSpaceDN w:val="0"/>
              <w:spacing w:before="76" w:after="0" w:line="245" w:lineRule="auto"/>
              <w:ind w:left="72" w:right="576"/>
              <w:rPr>
                <w:lang w:val="ru-RU"/>
              </w:rPr>
            </w:pPr>
            <w:r w:rsidRPr="00880C8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Трудовая мораль. Нравственные традиции предпринимательства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156B9" w:rsidRDefault="00EC0FE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156B9" w:rsidRDefault="00EC0FE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156B9" w:rsidRDefault="00EC0FE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156B9" w:rsidRDefault="007156B9"/>
        </w:tc>
        <w:tc>
          <w:tcPr>
            <w:tcW w:w="5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156B9" w:rsidRPr="00880C89" w:rsidRDefault="00EC0FE9">
            <w:pPr>
              <w:autoSpaceDE w:val="0"/>
              <w:autoSpaceDN w:val="0"/>
              <w:spacing w:before="76" w:after="0" w:line="254" w:lineRule="auto"/>
              <w:ind w:left="72"/>
              <w:rPr>
                <w:lang w:val="ru-RU"/>
              </w:rPr>
            </w:pPr>
            <w:proofErr w:type="gramStart"/>
            <w:r w:rsidRPr="00880C8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анализировать прочитанное с точки зрения полученных ранее знаний; рассказывать о трудовой морали, нравственных традициях трудовой деятельности, предпринимательства в России, приводить примеры; </w:t>
            </w:r>
            <w:r w:rsidRPr="00880C89">
              <w:rPr>
                <w:lang w:val="ru-RU"/>
              </w:rPr>
              <w:br/>
            </w:r>
            <w:r w:rsidRPr="00880C8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объяснять значение слов (терминов и понятий) с опорой на учебный текст; высказывать суждения оценочного характера о трудолюбии, честном труде, об уважении к труду, к трудящимся людям, результатам труда (своего и других людей);</w:t>
            </w:r>
            <w:proofErr w:type="gramEnd"/>
            <w:r w:rsidRPr="00880C89">
              <w:rPr>
                <w:lang w:val="ru-RU"/>
              </w:rPr>
              <w:br/>
            </w:r>
            <w:r w:rsidRPr="00880C8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поверять себя и самостоятельно оценивать свои достижения;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156B9" w:rsidRDefault="00EC0FE9">
            <w:pPr>
              <w:autoSpaceDE w:val="0"/>
              <w:autoSpaceDN w:val="0"/>
              <w:spacing w:before="76" w:after="0" w:line="245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156B9" w:rsidRDefault="00EC0FE9">
            <w:pPr>
              <w:autoSpaceDE w:val="0"/>
              <w:autoSpaceDN w:val="0"/>
              <w:spacing w:before="76" w:after="0" w:line="245" w:lineRule="auto"/>
              <w:ind w:right="288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- http:// school-collection. edu .</w:t>
            </w:r>
          </w:p>
        </w:tc>
      </w:tr>
      <w:tr w:rsidR="007156B9">
        <w:trPr>
          <w:trHeight w:hRule="exact" w:val="150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156B9" w:rsidRDefault="00EC0FE9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1.8.</w:t>
            </w: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156B9" w:rsidRDefault="00EC0FE9">
            <w:pPr>
              <w:autoSpaceDE w:val="0"/>
              <w:autoSpaceDN w:val="0"/>
              <w:spacing w:before="78" w:after="0" w:line="245" w:lineRule="auto"/>
              <w:ind w:left="72" w:right="144"/>
            </w:pPr>
            <w:r w:rsidRPr="00880C8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Что значит быть нравственным в наше время.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Методынравственногосамосовершенствования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156B9" w:rsidRDefault="00EC0FE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156B9" w:rsidRDefault="00EC0FE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156B9" w:rsidRDefault="00EC0FE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156B9" w:rsidRDefault="007156B9"/>
        </w:tc>
        <w:tc>
          <w:tcPr>
            <w:tcW w:w="5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156B9" w:rsidRPr="00880C89" w:rsidRDefault="00EC0FE9">
            <w:pPr>
              <w:autoSpaceDE w:val="0"/>
              <w:autoSpaceDN w:val="0"/>
              <w:spacing w:before="78" w:after="0" w:line="254" w:lineRule="auto"/>
              <w:ind w:left="72" w:right="144"/>
              <w:rPr>
                <w:lang w:val="ru-RU"/>
              </w:rPr>
            </w:pPr>
            <w:r w:rsidRPr="00880C8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выражать своими словами понятия урока; </w:t>
            </w:r>
            <w:r w:rsidRPr="00880C89">
              <w:rPr>
                <w:lang w:val="ru-RU"/>
              </w:rPr>
              <w:br/>
            </w:r>
            <w:r w:rsidRPr="00880C8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приводить примеры нравственных поступков, оценивать поступки свои и других людей; </w:t>
            </w:r>
            <w:r w:rsidRPr="00880C89">
              <w:rPr>
                <w:lang w:val="ru-RU"/>
              </w:rPr>
              <w:br/>
            </w:r>
            <w:r w:rsidRPr="00880C8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соотносить нравственные нормы с анализом личного опыта поведения; составлять небольшой текст-рассуждение на тему «Образцы нравственного поведения людей в современной жизни»; </w:t>
            </w:r>
            <w:r w:rsidRPr="00880C89">
              <w:rPr>
                <w:lang w:val="ru-RU"/>
              </w:rPr>
              <w:br/>
            </w:r>
            <w:r w:rsidRPr="00880C8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проверять себя и самостоятельно оценивать свои достижения;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156B9" w:rsidRPr="00880C89" w:rsidRDefault="00EC0FE9">
            <w:pPr>
              <w:autoSpaceDE w:val="0"/>
              <w:autoSpaceDN w:val="0"/>
              <w:spacing w:before="78" w:after="0" w:line="250" w:lineRule="auto"/>
              <w:ind w:left="72"/>
              <w:rPr>
                <w:lang w:val="ru-RU"/>
              </w:rPr>
            </w:pPr>
            <w:r w:rsidRPr="00880C8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Самооценка с </w:t>
            </w:r>
            <w:r w:rsidRPr="00880C89">
              <w:rPr>
                <w:lang w:val="ru-RU"/>
              </w:rPr>
              <w:br/>
            </w:r>
            <w:r w:rsidRPr="00880C8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использованием</w:t>
            </w:r>
            <w:proofErr w:type="gramStart"/>
            <w:r w:rsidRPr="00880C8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«О</w:t>
            </w:r>
            <w:proofErr w:type="gramEnd"/>
            <w:r w:rsidRPr="00880C8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ценочного</w:t>
            </w:r>
            <w:r w:rsidRPr="00880C89">
              <w:rPr>
                <w:lang w:val="ru-RU"/>
              </w:rPr>
              <w:br/>
            </w:r>
            <w:r w:rsidRPr="00880C8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листа»;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156B9" w:rsidRDefault="00EC0FE9">
            <w:pPr>
              <w:autoSpaceDE w:val="0"/>
              <w:autoSpaceDN w:val="0"/>
              <w:spacing w:before="78" w:after="0" w:line="245" w:lineRule="auto"/>
              <w:ind w:right="288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- http:// school-collection. edu .</w:t>
            </w:r>
          </w:p>
        </w:tc>
      </w:tr>
      <w:tr w:rsidR="007156B9">
        <w:trPr>
          <w:trHeight w:hRule="exact" w:val="246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156B9" w:rsidRDefault="00EC0FE9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1.9.</w:t>
            </w: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156B9" w:rsidRDefault="00EC0FE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Этикет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156B9" w:rsidRDefault="00EC0FE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156B9" w:rsidRDefault="00EC0FE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156B9" w:rsidRDefault="00EC0FE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156B9" w:rsidRDefault="007156B9"/>
        </w:tc>
        <w:tc>
          <w:tcPr>
            <w:tcW w:w="530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156B9" w:rsidRPr="00880C89" w:rsidRDefault="00EC0FE9">
            <w:pPr>
              <w:autoSpaceDE w:val="0"/>
              <w:autoSpaceDN w:val="0"/>
              <w:spacing w:before="76" w:after="0" w:line="254" w:lineRule="auto"/>
              <w:ind w:left="72"/>
              <w:rPr>
                <w:lang w:val="ru-RU"/>
              </w:rPr>
            </w:pPr>
            <w:proofErr w:type="gramStart"/>
            <w:r w:rsidRPr="00880C8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; </w:t>
            </w:r>
            <w:r w:rsidRPr="00880C89">
              <w:rPr>
                <w:lang w:val="ru-RU"/>
              </w:rPr>
              <w:br/>
            </w:r>
            <w:r w:rsidRPr="00880C8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размышлять и рассуждать на темы правил поведения в обществе; </w:t>
            </w:r>
            <w:r w:rsidRPr="00880C89">
              <w:rPr>
                <w:lang w:val="ru-RU"/>
              </w:rPr>
              <w:br/>
            </w:r>
            <w:r w:rsidRPr="00880C8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различать нравственные нормы и правила этикета, приводить примеры; объяснять взаимосвязь этики и этикета, целесообразность правил этикета; рассказывать о правилах этикета в разных жизненных ситуациях, приводить примеры, использовать народные пословицы и поговорки; </w:t>
            </w:r>
            <w:r w:rsidRPr="00880C89">
              <w:rPr>
                <w:lang w:val="ru-RU"/>
              </w:rPr>
              <w:br/>
            </w:r>
            <w:r w:rsidRPr="00880C8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обосновывать необходимость соблюдения правил этикета в разных </w:t>
            </w:r>
            <w:r w:rsidRPr="00880C89">
              <w:rPr>
                <w:lang w:val="ru-RU"/>
              </w:rPr>
              <w:br/>
            </w:r>
            <w:r w:rsidRPr="00880C8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ситуациях; </w:t>
            </w:r>
            <w:r w:rsidRPr="00880C89">
              <w:rPr>
                <w:lang w:val="ru-RU"/>
              </w:rPr>
              <w:br/>
            </w:r>
            <w:r w:rsidRPr="00880C8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осуществлять поиск необходимой информации для выполнения заданий;</w:t>
            </w:r>
            <w:proofErr w:type="gramEnd"/>
            <w:r w:rsidRPr="00880C8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применять навыки осознанного построения речевых высказываний в соответствии с коммуникативными задачами; </w:t>
            </w:r>
            <w:r w:rsidRPr="00880C89">
              <w:rPr>
                <w:lang w:val="ru-RU"/>
              </w:rPr>
              <w:br/>
            </w:r>
            <w:r w:rsidRPr="00880C8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проверять себя и самостоятельно оценивать свои достижения;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156B9" w:rsidRDefault="00EC0FE9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156B9" w:rsidRDefault="00EC0FE9">
            <w:pPr>
              <w:autoSpaceDE w:val="0"/>
              <w:autoSpaceDN w:val="0"/>
              <w:spacing w:before="76" w:after="0" w:line="245" w:lineRule="auto"/>
              <w:ind w:right="288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- http:// school-collection. edu .</w:t>
            </w:r>
          </w:p>
        </w:tc>
      </w:tr>
      <w:tr w:rsidR="007156B9">
        <w:trPr>
          <w:trHeight w:hRule="exact" w:val="1974"/>
        </w:trPr>
        <w:tc>
          <w:tcPr>
            <w:tcW w:w="4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156B9" w:rsidRDefault="00EC0FE9">
            <w:pPr>
              <w:autoSpaceDE w:val="0"/>
              <w:autoSpaceDN w:val="0"/>
              <w:spacing w:before="7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1.10.</w:t>
            </w:r>
          </w:p>
        </w:tc>
        <w:tc>
          <w:tcPr>
            <w:tcW w:w="350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156B9" w:rsidRPr="00880C89" w:rsidRDefault="00EC0FE9">
            <w:pPr>
              <w:autoSpaceDE w:val="0"/>
              <w:autoSpaceDN w:val="0"/>
              <w:spacing w:before="76" w:after="0" w:line="250" w:lineRule="auto"/>
              <w:ind w:left="72"/>
              <w:rPr>
                <w:lang w:val="ru-RU"/>
              </w:rPr>
            </w:pPr>
            <w:r w:rsidRPr="00880C8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Любовь и уважение к Отечеству. Патриотизм многонационального и многоконфессионального народа России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156B9" w:rsidRDefault="00EC0FE9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156B9" w:rsidRDefault="00EC0FE9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156B9" w:rsidRDefault="00EC0FE9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156B9" w:rsidRDefault="007156B9"/>
        </w:tc>
        <w:tc>
          <w:tcPr>
            <w:tcW w:w="530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156B9" w:rsidRPr="00880C89" w:rsidRDefault="00EC0FE9">
            <w:pPr>
              <w:autoSpaceDE w:val="0"/>
              <w:autoSpaceDN w:val="0"/>
              <w:spacing w:before="76" w:after="0" w:line="254" w:lineRule="auto"/>
              <w:ind w:left="72"/>
              <w:rPr>
                <w:lang w:val="ru-RU"/>
              </w:rPr>
            </w:pPr>
            <w:proofErr w:type="gramStart"/>
            <w:r w:rsidRPr="00880C8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; </w:t>
            </w:r>
            <w:r w:rsidRPr="00880C89">
              <w:rPr>
                <w:lang w:val="ru-RU"/>
              </w:rPr>
              <w:br/>
            </w:r>
            <w:r w:rsidRPr="00880C8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закреплять и систематизировать представления о российской светской этике, духовно-нравственной культуре многонационального народа России, их значении в жизни человека, семьи, российского общества; </w:t>
            </w:r>
            <w:r w:rsidRPr="00880C89">
              <w:rPr>
                <w:lang w:val="ru-RU"/>
              </w:rPr>
              <w:br/>
            </w:r>
            <w:r w:rsidRPr="00880C8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сопоставлять понятия «патриотизм», «Отечество», «многонациональный народ России», «служение», соотносить определения с понятиями, делать выводы; </w:t>
            </w:r>
            <w:r w:rsidRPr="00880C89">
              <w:rPr>
                <w:lang w:val="ru-RU"/>
              </w:rPr>
              <w:br/>
            </w:r>
            <w:r w:rsidRPr="00880C8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использовать основные понятия темы в устной и письменной речи; </w:t>
            </w:r>
            <w:r w:rsidRPr="00880C89">
              <w:rPr>
                <w:lang w:val="ru-RU"/>
              </w:rPr>
              <w:br/>
            </w:r>
            <w:r w:rsidRPr="00880C8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проверять себя и самостоятельно оценивать свои достижения;</w:t>
            </w:r>
            <w:proofErr w:type="gramEnd"/>
          </w:p>
        </w:tc>
        <w:tc>
          <w:tcPr>
            <w:tcW w:w="126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156B9" w:rsidRDefault="00EC0FE9">
            <w:pPr>
              <w:autoSpaceDE w:val="0"/>
              <w:autoSpaceDN w:val="0"/>
              <w:spacing w:before="76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Сочинение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156B9" w:rsidRDefault="00EC0FE9">
            <w:pPr>
              <w:autoSpaceDE w:val="0"/>
              <w:autoSpaceDN w:val="0"/>
              <w:spacing w:before="76" w:after="0" w:line="245" w:lineRule="auto"/>
              <w:ind w:right="288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- http:// school-collection. edu .</w:t>
            </w:r>
          </w:p>
        </w:tc>
      </w:tr>
    </w:tbl>
    <w:p w:rsidR="007156B9" w:rsidRDefault="007156B9">
      <w:pPr>
        <w:autoSpaceDE w:val="0"/>
        <w:autoSpaceDN w:val="0"/>
        <w:spacing w:after="0" w:line="14" w:lineRule="exact"/>
      </w:pPr>
    </w:p>
    <w:p w:rsidR="007156B9" w:rsidRDefault="007156B9">
      <w:pPr>
        <w:sectPr w:rsidR="007156B9">
          <w:pgSz w:w="16840" w:h="11900"/>
          <w:pgMar w:top="284" w:right="640" w:bottom="328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7156B9" w:rsidRDefault="007156B9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/>
      </w:tblPr>
      <w:tblGrid>
        <w:gridCol w:w="3974"/>
        <w:gridCol w:w="528"/>
        <w:gridCol w:w="1106"/>
        <w:gridCol w:w="1140"/>
        <w:gridCol w:w="8754"/>
      </w:tblGrid>
      <w:tr w:rsidR="007156B9">
        <w:trPr>
          <w:trHeight w:hRule="exact" w:val="328"/>
        </w:trPr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156B9" w:rsidRPr="00880C89" w:rsidRDefault="00EC0FE9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880C8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ОБЩЕЕ КОЛИЧЕСТВО ЧАСОВ ПО ПРОГРАММЕ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156B9" w:rsidRDefault="00EC0FE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34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156B9" w:rsidRDefault="00EC0FE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156B9" w:rsidRDefault="00EC0FE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8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156B9" w:rsidRDefault="007156B9"/>
        </w:tc>
      </w:tr>
    </w:tbl>
    <w:p w:rsidR="007156B9" w:rsidRDefault="007156B9">
      <w:pPr>
        <w:autoSpaceDE w:val="0"/>
        <w:autoSpaceDN w:val="0"/>
        <w:spacing w:after="0" w:line="14" w:lineRule="exact"/>
      </w:pPr>
    </w:p>
    <w:p w:rsidR="007156B9" w:rsidRDefault="007156B9">
      <w:pPr>
        <w:sectPr w:rsidR="007156B9">
          <w:pgSz w:w="16840" w:h="11900"/>
          <w:pgMar w:top="284" w:right="640" w:bottom="144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7156B9" w:rsidRDefault="007156B9">
      <w:pPr>
        <w:autoSpaceDE w:val="0"/>
        <w:autoSpaceDN w:val="0"/>
        <w:spacing w:after="78" w:line="220" w:lineRule="exact"/>
      </w:pPr>
    </w:p>
    <w:p w:rsidR="007156B9" w:rsidRDefault="00EC0FE9">
      <w:pPr>
        <w:autoSpaceDE w:val="0"/>
        <w:autoSpaceDN w:val="0"/>
        <w:spacing w:after="32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ПОУРОЧНОЕ ПЛАНИРОВАНИЕ</w:t>
      </w:r>
    </w:p>
    <w:tbl>
      <w:tblPr>
        <w:tblW w:w="0" w:type="auto"/>
        <w:tblInd w:w="6" w:type="dxa"/>
        <w:tblLayout w:type="fixed"/>
        <w:tblLook w:val="04A0"/>
      </w:tblPr>
      <w:tblGrid>
        <w:gridCol w:w="504"/>
        <w:gridCol w:w="2966"/>
        <w:gridCol w:w="732"/>
        <w:gridCol w:w="1620"/>
        <w:gridCol w:w="1668"/>
        <w:gridCol w:w="1826"/>
      </w:tblGrid>
      <w:tr w:rsidR="00403310">
        <w:trPr>
          <w:trHeight w:hRule="exact" w:val="492"/>
        </w:trPr>
        <w:tc>
          <w:tcPr>
            <w:tcW w:w="5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03310" w:rsidRDefault="00403310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п/п</w:t>
            </w:r>
          </w:p>
        </w:tc>
        <w:tc>
          <w:tcPr>
            <w:tcW w:w="29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03310" w:rsidRDefault="0040331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Тема урока</w:t>
            </w:r>
          </w:p>
        </w:tc>
        <w:tc>
          <w:tcPr>
            <w:tcW w:w="4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03310" w:rsidRDefault="00403310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8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03310" w:rsidRDefault="00403310">
            <w:pPr>
              <w:autoSpaceDE w:val="0"/>
              <w:autoSpaceDN w:val="0"/>
              <w:spacing w:before="98" w:after="0" w:line="262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формыконтроля</w:t>
            </w:r>
            <w:proofErr w:type="spellEnd"/>
          </w:p>
        </w:tc>
      </w:tr>
      <w:tr w:rsidR="00403310" w:rsidTr="00403310">
        <w:trPr>
          <w:trHeight w:hRule="exact" w:val="828"/>
        </w:trPr>
        <w:tc>
          <w:tcPr>
            <w:tcW w:w="5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310" w:rsidRDefault="00403310"/>
        </w:tc>
        <w:tc>
          <w:tcPr>
            <w:tcW w:w="2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310" w:rsidRDefault="00403310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03310" w:rsidRDefault="00403310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всего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03310" w:rsidRDefault="00403310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контрольные работы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03310" w:rsidRDefault="00403310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практические работы</w:t>
            </w:r>
          </w:p>
        </w:tc>
        <w:tc>
          <w:tcPr>
            <w:tcW w:w="18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310" w:rsidRDefault="00403310"/>
        </w:tc>
      </w:tr>
      <w:tr w:rsidR="00403310">
        <w:trPr>
          <w:trHeight w:hRule="exact" w:val="49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03310" w:rsidRDefault="0040331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03310" w:rsidRDefault="0040331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 – наша Родина.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03310" w:rsidRDefault="00403310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03310" w:rsidRDefault="0040331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03310" w:rsidRDefault="0040331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03310" w:rsidRDefault="00403310">
            <w:pPr>
              <w:autoSpaceDE w:val="0"/>
              <w:autoSpaceDN w:val="0"/>
              <w:spacing w:before="9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403310">
        <w:trPr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03310" w:rsidRDefault="0040331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03310" w:rsidRDefault="00403310">
            <w:pPr>
              <w:autoSpaceDE w:val="0"/>
              <w:autoSpaceDN w:val="0"/>
              <w:spacing w:before="98" w:after="0" w:line="262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Духовные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ценностичеловечества.</w:t>
            </w:r>
          </w:p>
          <w:p w:rsidR="00403310" w:rsidRDefault="00403310">
            <w:pPr>
              <w:autoSpaceDE w:val="0"/>
              <w:autoSpaceDN w:val="0"/>
              <w:spacing w:before="72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Культура. Религия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03310" w:rsidRDefault="00403310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03310" w:rsidRDefault="0040331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03310" w:rsidRDefault="0040331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03310" w:rsidRDefault="00403310">
            <w:pPr>
              <w:autoSpaceDE w:val="0"/>
              <w:autoSpaceDN w:val="0"/>
              <w:spacing w:before="9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403310">
        <w:trPr>
          <w:trHeight w:hRule="exact" w:val="494"/>
        </w:trPr>
        <w:tc>
          <w:tcPr>
            <w:tcW w:w="5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03310" w:rsidRDefault="00403310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3.</w:t>
            </w:r>
          </w:p>
        </w:tc>
        <w:tc>
          <w:tcPr>
            <w:tcW w:w="296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03310" w:rsidRDefault="00403310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О философии и этике.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03310" w:rsidRDefault="00403310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03310" w:rsidRDefault="00403310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03310" w:rsidRDefault="00403310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82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03310" w:rsidRDefault="00403310">
            <w:pPr>
              <w:autoSpaceDE w:val="0"/>
              <w:autoSpaceDN w:val="0"/>
              <w:spacing w:before="100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403310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03310" w:rsidRDefault="0040331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03310" w:rsidRDefault="0040331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Мораль и нравственность.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03310" w:rsidRDefault="00403310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03310" w:rsidRDefault="0040331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03310" w:rsidRDefault="0040331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03310" w:rsidRDefault="00403310">
            <w:pPr>
              <w:autoSpaceDE w:val="0"/>
              <w:autoSpaceDN w:val="0"/>
              <w:spacing w:before="98" w:after="0" w:line="262" w:lineRule="auto"/>
              <w:ind w:left="72" w:right="288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403310" w:rsidRPr="00345C76">
        <w:trPr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03310" w:rsidRDefault="0040331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03310" w:rsidRPr="00880C89" w:rsidRDefault="00403310">
            <w:pPr>
              <w:autoSpaceDE w:val="0"/>
              <w:autoSpaceDN w:val="0"/>
              <w:spacing w:before="98" w:after="0" w:line="262" w:lineRule="auto"/>
              <w:jc w:val="center"/>
              <w:rPr>
                <w:lang w:val="ru-RU"/>
              </w:rPr>
            </w:pPr>
            <w:r w:rsidRPr="00880C8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Образцы нравственности в культурах разных народов.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03310" w:rsidRDefault="00403310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03310" w:rsidRDefault="0040331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03310" w:rsidRDefault="0040331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03310" w:rsidRPr="00880C89" w:rsidRDefault="00403310">
            <w:pPr>
              <w:autoSpaceDE w:val="0"/>
              <w:autoSpaceDN w:val="0"/>
              <w:spacing w:before="98" w:after="0"/>
              <w:ind w:left="72"/>
              <w:rPr>
                <w:lang w:val="ru-RU"/>
              </w:rPr>
            </w:pPr>
            <w:r w:rsidRPr="00880C8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Самооценка с </w:t>
            </w:r>
            <w:r w:rsidRPr="00880C89">
              <w:rPr>
                <w:lang w:val="ru-RU"/>
              </w:rPr>
              <w:br/>
            </w:r>
            <w:r w:rsidRPr="00880C8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использованием</w:t>
            </w:r>
            <w:proofErr w:type="gramStart"/>
            <w:r w:rsidRPr="00880C8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«О</w:t>
            </w:r>
            <w:proofErr w:type="gramEnd"/>
            <w:r w:rsidRPr="00880C8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ценочного</w:t>
            </w:r>
            <w:r w:rsidRPr="00880C89">
              <w:rPr>
                <w:lang w:val="ru-RU"/>
              </w:rPr>
              <w:br/>
            </w:r>
            <w:r w:rsidRPr="00880C8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листа»;</w:t>
            </w:r>
          </w:p>
        </w:tc>
      </w:tr>
      <w:tr w:rsidR="00403310">
        <w:trPr>
          <w:trHeight w:hRule="exact" w:val="49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03310" w:rsidRDefault="0040331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03310" w:rsidRDefault="0040331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Гуманисты мира.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03310" w:rsidRDefault="00403310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03310" w:rsidRDefault="0040331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03310" w:rsidRDefault="0040331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03310" w:rsidRDefault="00403310">
            <w:pPr>
              <w:autoSpaceDE w:val="0"/>
              <w:autoSpaceDN w:val="0"/>
              <w:spacing w:before="9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403310">
        <w:trPr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03310" w:rsidRDefault="0040331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03310" w:rsidRDefault="00403310">
            <w:pPr>
              <w:autoSpaceDE w:val="0"/>
              <w:autoSpaceDN w:val="0"/>
              <w:spacing w:before="98" w:after="0" w:line="271" w:lineRule="auto"/>
              <w:ind w:left="72" w:right="100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Гуманисты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России.Писатели-гуманисты.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03310" w:rsidRDefault="00403310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03310" w:rsidRDefault="0040331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03310" w:rsidRDefault="0040331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03310" w:rsidRDefault="00403310">
            <w:pPr>
              <w:autoSpaceDE w:val="0"/>
              <w:autoSpaceDN w:val="0"/>
              <w:spacing w:before="9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403310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03310" w:rsidRDefault="0040331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03310" w:rsidRDefault="00403310">
            <w:pPr>
              <w:autoSpaceDE w:val="0"/>
              <w:autoSpaceDN w:val="0"/>
              <w:spacing w:before="98" w:after="0" w:line="262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Труд как нравственная ценность.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03310" w:rsidRDefault="00403310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03310" w:rsidRDefault="0040331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03310" w:rsidRDefault="0040331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03310" w:rsidRDefault="00403310">
            <w:pPr>
              <w:autoSpaceDE w:val="0"/>
              <w:autoSpaceDN w:val="0"/>
              <w:spacing w:before="9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403310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03310" w:rsidRDefault="0040331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03310" w:rsidRDefault="00403310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Нравственные традиции предпринимательства.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03310" w:rsidRDefault="00403310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03310" w:rsidRDefault="0040331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03310" w:rsidRDefault="0040331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03310" w:rsidRDefault="00403310">
            <w:pPr>
              <w:autoSpaceDE w:val="0"/>
              <w:autoSpaceDN w:val="0"/>
              <w:spacing w:before="98" w:after="0" w:line="262" w:lineRule="auto"/>
              <w:ind w:left="72" w:right="288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403310">
        <w:trPr>
          <w:trHeight w:hRule="exact" w:val="49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03310" w:rsidRDefault="00403310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03310" w:rsidRDefault="0040331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Меценатство.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03310" w:rsidRDefault="00403310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03310" w:rsidRDefault="0040331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03310" w:rsidRDefault="0040331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03310" w:rsidRDefault="00403310">
            <w:pPr>
              <w:autoSpaceDE w:val="0"/>
              <w:autoSpaceDN w:val="0"/>
              <w:spacing w:before="98" w:after="0" w:line="230" w:lineRule="auto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Устный опрос;</w:t>
            </w:r>
          </w:p>
        </w:tc>
      </w:tr>
      <w:tr w:rsidR="00403310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03310" w:rsidRDefault="00403310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03310" w:rsidRDefault="00403310">
            <w:pPr>
              <w:autoSpaceDE w:val="0"/>
              <w:autoSpaceDN w:val="0"/>
              <w:spacing w:before="100" w:after="0" w:line="262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Нравственность в наше время.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03310" w:rsidRDefault="00403310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03310" w:rsidRDefault="00403310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03310" w:rsidRDefault="00403310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03310" w:rsidRDefault="00403310">
            <w:pPr>
              <w:autoSpaceDE w:val="0"/>
              <w:autoSpaceDN w:val="0"/>
              <w:spacing w:before="100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403310">
        <w:trPr>
          <w:trHeight w:hRule="exact" w:val="116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03310" w:rsidRDefault="00403310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03310" w:rsidRPr="00880C89" w:rsidRDefault="00403310">
            <w:pPr>
              <w:autoSpaceDE w:val="0"/>
              <w:autoSpaceDN w:val="0"/>
              <w:spacing w:before="100" w:after="0" w:line="271" w:lineRule="auto"/>
              <w:ind w:left="72" w:right="432"/>
              <w:rPr>
                <w:lang w:val="ru-RU"/>
              </w:rPr>
            </w:pPr>
            <w:r w:rsidRPr="00880C8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Что такое добродетель. Аристотель о </w:t>
            </w:r>
            <w:r w:rsidRPr="00880C89">
              <w:rPr>
                <w:lang w:val="ru-RU"/>
              </w:rPr>
              <w:br/>
            </w:r>
            <w:r w:rsidRPr="00880C8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добродетелях.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03310" w:rsidRDefault="00403310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03310" w:rsidRDefault="00403310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03310" w:rsidRDefault="00403310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03310" w:rsidRDefault="00403310">
            <w:pPr>
              <w:autoSpaceDE w:val="0"/>
              <w:autoSpaceDN w:val="0"/>
              <w:spacing w:before="100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403310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03310" w:rsidRDefault="00403310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03310" w:rsidRDefault="00403310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Нравственные качества. Сократ.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03310" w:rsidRDefault="00403310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03310" w:rsidRDefault="0040331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03310" w:rsidRDefault="0040331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03310" w:rsidRDefault="00403310">
            <w:pPr>
              <w:autoSpaceDE w:val="0"/>
              <w:autoSpaceDN w:val="0"/>
              <w:spacing w:before="9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403310">
        <w:trPr>
          <w:trHeight w:hRule="exact" w:val="49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03310" w:rsidRDefault="00403310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03310" w:rsidRDefault="0040331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Нравственный выбор.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03310" w:rsidRDefault="00403310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03310" w:rsidRDefault="0040331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03310" w:rsidRDefault="0040331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03310" w:rsidRDefault="00403310">
            <w:pPr>
              <w:autoSpaceDE w:val="0"/>
              <w:autoSpaceDN w:val="0"/>
              <w:spacing w:before="9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403310">
        <w:trPr>
          <w:trHeight w:hRule="exact" w:val="49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03310" w:rsidRDefault="00403310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03310" w:rsidRDefault="0040331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Справедливость.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03310" w:rsidRDefault="00403310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03310" w:rsidRDefault="0040331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03310" w:rsidRDefault="0040331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03310" w:rsidRDefault="00403310">
            <w:pPr>
              <w:autoSpaceDE w:val="0"/>
              <w:autoSpaceDN w:val="0"/>
              <w:spacing w:before="9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403310" w:rsidRPr="00345C76">
        <w:trPr>
          <w:trHeight w:hRule="exact" w:val="148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03310" w:rsidRDefault="00403310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03310" w:rsidRDefault="0040331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Терпение и терпимость.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03310" w:rsidRDefault="00403310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03310" w:rsidRDefault="0040331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03310" w:rsidRDefault="0040331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03310" w:rsidRPr="00880C89" w:rsidRDefault="00403310">
            <w:pPr>
              <w:autoSpaceDE w:val="0"/>
              <w:autoSpaceDN w:val="0"/>
              <w:spacing w:before="98" w:after="0"/>
              <w:ind w:left="72"/>
              <w:rPr>
                <w:lang w:val="ru-RU"/>
              </w:rPr>
            </w:pPr>
            <w:r w:rsidRPr="00880C8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Самооценка с </w:t>
            </w:r>
            <w:r w:rsidRPr="00880C89">
              <w:rPr>
                <w:lang w:val="ru-RU"/>
              </w:rPr>
              <w:br/>
            </w:r>
            <w:r w:rsidRPr="00880C8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использованием</w:t>
            </w:r>
            <w:proofErr w:type="gramStart"/>
            <w:r w:rsidRPr="00880C8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«О</w:t>
            </w:r>
            <w:proofErr w:type="gramEnd"/>
            <w:r w:rsidRPr="00880C8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ценочного</w:t>
            </w:r>
            <w:r w:rsidRPr="00880C89">
              <w:rPr>
                <w:lang w:val="ru-RU"/>
              </w:rPr>
              <w:br/>
            </w:r>
            <w:r w:rsidRPr="00880C8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листа»;</w:t>
            </w:r>
          </w:p>
        </w:tc>
      </w:tr>
    </w:tbl>
    <w:p w:rsidR="007156B9" w:rsidRPr="00880C89" w:rsidRDefault="007156B9">
      <w:pPr>
        <w:autoSpaceDE w:val="0"/>
        <w:autoSpaceDN w:val="0"/>
        <w:spacing w:after="0" w:line="14" w:lineRule="exact"/>
        <w:rPr>
          <w:lang w:val="ru-RU"/>
        </w:rPr>
      </w:pPr>
    </w:p>
    <w:p w:rsidR="007156B9" w:rsidRPr="00880C89" w:rsidRDefault="007156B9">
      <w:pPr>
        <w:rPr>
          <w:lang w:val="ru-RU"/>
        </w:rPr>
        <w:sectPr w:rsidR="007156B9" w:rsidRPr="00880C89">
          <w:pgSz w:w="11900" w:h="16840"/>
          <w:pgMar w:top="298" w:right="650" w:bottom="37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7156B9" w:rsidRPr="00880C89" w:rsidRDefault="007156B9">
      <w:pPr>
        <w:autoSpaceDE w:val="0"/>
        <w:autoSpaceDN w:val="0"/>
        <w:spacing w:after="66" w:line="220" w:lineRule="exact"/>
        <w:rPr>
          <w:lang w:val="ru-RU"/>
        </w:rPr>
      </w:pPr>
    </w:p>
    <w:tbl>
      <w:tblPr>
        <w:tblW w:w="0" w:type="auto"/>
        <w:tblInd w:w="6" w:type="dxa"/>
        <w:tblLayout w:type="fixed"/>
        <w:tblLook w:val="04A0"/>
      </w:tblPr>
      <w:tblGrid>
        <w:gridCol w:w="504"/>
        <w:gridCol w:w="2966"/>
        <w:gridCol w:w="732"/>
        <w:gridCol w:w="1620"/>
        <w:gridCol w:w="1668"/>
        <w:gridCol w:w="1236"/>
        <w:gridCol w:w="1826"/>
      </w:tblGrid>
      <w:tr w:rsidR="007156B9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156B9" w:rsidRDefault="00EC0FE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17.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156B9" w:rsidRDefault="00EC0FE9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Милосердие — «милость сердца».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156B9" w:rsidRDefault="00EC0FE9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156B9" w:rsidRDefault="00EC0FE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156B9" w:rsidRDefault="00EC0FE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156B9" w:rsidRDefault="007156B9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156B9" w:rsidRDefault="00EC0FE9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7156B9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156B9" w:rsidRDefault="00EC0FE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18.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156B9" w:rsidRPr="00880C89" w:rsidRDefault="00EC0FE9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 w:rsidRPr="00880C8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Десять заповедей - основа нравственного закона.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156B9" w:rsidRDefault="00EC0FE9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156B9" w:rsidRDefault="00EC0FE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156B9" w:rsidRDefault="00EC0FE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156B9" w:rsidRDefault="007156B9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156B9" w:rsidRDefault="00EC0FE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7156B9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156B9" w:rsidRDefault="00EC0FE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19.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156B9" w:rsidRPr="00880C89" w:rsidRDefault="00EC0FE9">
            <w:pPr>
              <w:autoSpaceDE w:val="0"/>
              <w:autoSpaceDN w:val="0"/>
              <w:spacing w:before="98" w:after="0" w:line="262" w:lineRule="auto"/>
              <w:ind w:left="72"/>
              <w:rPr>
                <w:lang w:val="ru-RU"/>
              </w:rPr>
            </w:pPr>
            <w:r w:rsidRPr="00880C8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Десять заповедей и мораль в современном обществе.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156B9" w:rsidRDefault="00EC0FE9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156B9" w:rsidRDefault="00EC0FE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156B9" w:rsidRDefault="00EC0FE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156B9" w:rsidRDefault="007156B9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156B9" w:rsidRDefault="00EC0FE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7156B9">
        <w:trPr>
          <w:trHeight w:hRule="exact" w:val="49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156B9" w:rsidRDefault="00EC0FE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20.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156B9" w:rsidRDefault="00EC0FE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Совесть.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156B9" w:rsidRDefault="00EC0FE9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156B9" w:rsidRDefault="00EC0FE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156B9" w:rsidRDefault="00EC0FE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156B9" w:rsidRDefault="007156B9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156B9" w:rsidRDefault="00EC0FE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7156B9">
        <w:trPr>
          <w:trHeight w:hRule="exact" w:val="49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156B9" w:rsidRDefault="00EC0FE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21.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156B9" w:rsidRDefault="00EC0FE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Долг.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156B9" w:rsidRDefault="00EC0FE9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156B9" w:rsidRDefault="00EC0FE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156B9" w:rsidRDefault="00EC0FE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156B9" w:rsidRDefault="007156B9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156B9" w:rsidRDefault="00EC0FE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7156B9">
        <w:trPr>
          <w:trHeight w:hRule="exact" w:val="494"/>
        </w:trPr>
        <w:tc>
          <w:tcPr>
            <w:tcW w:w="5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156B9" w:rsidRDefault="00EC0FE9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22.</w:t>
            </w:r>
          </w:p>
        </w:tc>
        <w:tc>
          <w:tcPr>
            <w:tcW w:w="296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156B9" w:rsidRDefault="00EC0FE9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Ответственность.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156B9" w:rsidRDefault="00EC0FE9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156B9" w:rsidRDefault="00EC0FE9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156B9" w:rsidRDefault="00EC0FE9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156B9" w:rsidRDefault="007156B9"/>
        </w:tc>
        <w:tc>
          <w:tcPr>
            <w:tcW w:w="182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156B9" w:rsidRDefault="00EC0FE9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7156B9" w:rsidRPr="00345C76">
        <w:trPr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156B9" w:rsidRDefault="00EC0FE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23.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156B9" w:rsidRDefault="00EC0FE9">
            <w:pPr>
              <w:autoSpaceDE w:val="0"/>
              <w:autoSpaceDN w:val="0"/>
              <w:spacing w:before="98" w:after="0" w:line="262" w:lineRule="auto"/>
              <w:ind w:right="1008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«Золотое правило нравственности».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156B9" w:rsidRDefault="00EC0FE9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156B9" w:rsidRDefault="00EC0FE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156B9" w:rsidRDefault="00EC0FE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156B9" w:rsidRDefault="007156B9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156B9" w:rsidRPr="00880C89" w:rsidRDefault="00EC0FE9">
            <w:pPr>
              <w:autoSpaceDE w:val="0"/>
              <w:autoSpaceDN w:val="0"/>
              <w:spacing w:before="98" w:after="0"/>
              <w:ind w:left="72"/>
              <w:rPr>
                <w:lang w:val="ru-RU"/>
              </w:rPr>
            </w:pPr>
            <w:r w:rsidRPr="00880C8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Самооценка с </w:t>
            </w:r>
            <w:r w:rsidRPr="00880C89">
              <w:rPr>
                <w:lang w:val="ru-RU"/>
              </w:rPr>
              <w:br/>
            </w:r>
            <w:r w:rsidRPr="00880C8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использованием</w:t>
            </w:r>
            <w:proofErr w:type="gramStart"/>
            <w:r w:rsidRPr="00880C8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«О</w:t>
            </w:r>
            <w:proofErr w:type="gramEnd"/>
            <w:r w:rsidRPr="00880C8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ценочного</w:t>
            </w:r>
            <w:r w:rsidRPr="00880C89">
              <w:rPr>
                <w:lang w:val="ru-RU"/>
              </w:rPr>
              <w:br/>
            </w:r>
            <w:r w:rsidRPr="00880C8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листа»;</w:t>
            </w:r>
          </w:p>
        </w:tc>
      </w:tr>
      <w:tr w:rsidR="007156B9">
        <w:trPr>
          <w:trHeight w:hRule="exact" w:val="49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156B9" w:rsidRDefault="00EC0FE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24.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156B9" w:rsidRDefault="00EC0FE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Этика и этикет.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156B9" w:rsidRDefault="00EC0FE9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156B9" w:rsidRDefault="00EC0FE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156B9" w:rsidRDefault="00EC0FE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156B9" w:rsidRDefault="007156B9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156B9" w:rsidRDefault="00EC0FE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7156B9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156B9" w:rsidRDefault="00EC0FE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25.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156B9" w:rsidRDefault="00EC0FE9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Государство, основанное на справедливости.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156B9" w:rsidRDefault="00EC0FE9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156B9" w:rsidRDefault="00EC0FE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156B9" w:rsidRDefault="00EC0FE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156B9" w:rsidRDefault="007156B9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156B9" w:rsidRDefault="00EC0FE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7156B9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156B9" w:rsidRDefault="00EC0FE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26.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156B9" w:rsidRDefault="00EC0FE9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Этика религиозная и светская.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156B9" w:rsidRDefault="00EC0FE9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156B9" w:rsidRDefault="00EC0FE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156B9" w:rsidRDefault="00EC0FE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156B9" w:rsidRDefault="007156B9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156B9" w:rsidRDefault="00EC0FE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7156B9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156B9" w:rsidRDefault="00EC0FE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27.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156B9" w:rsidRDefault="00EC0FE9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Образование как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нравственная норма.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156B9" w:rsidRDefault="00EC0FE9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156B9" w:rsidRDefault="00EC0FE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156B9" w:rsidRDefault="00EC0FE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156B9" w:rsidRDefault="007156B9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156B9" w:rsidRDefault="00EC0FE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7156B9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156B9" w:rsidRDefault="00EC0FE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28.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156B9" w:rsidRPr="00880C89" w:rsidRDefault="00EC0FE9">
            <w:pPr>
              <w:autoSpaceDE w:val="0"/>
              <w:autoSpaceDN w:val="0"/>
              <w:spacing w:before="98" w:after="0" w:line="262" w:lineRule="auto"/>
              <w:ind w:left="72" w:right="432"/>
              <w:rPr>
                <w:lang w:val="ru-RU"/>
              </w:rPr>
            </w:pPr>
            <w:r w:rsidRPr="00880C8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Отношение к другим </w:t>
            </w:r>
            <w:r w:rsidRPr="00880C89">
              <w:rPr>
                <w:lang w:val="ru-RU"/>
              </w:rPr>
              <w:br/>
            </w:r>
            <w:r w:rsidRPr="00880C8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людям и к самому себе.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156B9" w:rsidRDefault="00EC0FE9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156B9" w:rsidRDefault="00EC0FE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156B9" w:rsidRDefault="00EC0FE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156B9" w:rsidRDefault="007156B9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156B9" w:rsidRDefault="00EC0FE9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7156B9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156B9" w:rsidRDefault="00EC0FE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156B9" w:rsidRDefault="00EC0FE9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Великие мыслители о дружбе.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156B9" w:rsidRDefault="00EC0FE9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156B9" w:rsidRDefault="00EC0FE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156B9" w:rsidRDefault="00EC0FE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156B9" w:rsidRDefault="007156B9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156B9" w:rsidRDefault="00EC0FE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7156B9">
        <w:trPr>
          <w:trHeight w:hRule="exact" w:val="49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156B9" w:rsidRDefault="00EC0FE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30.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156B9" w:rsidRDefault="00EC0FE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О самовоспитании.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156B9" w:rsidRDefault="00EC0FE9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156B9" w:rsidRDefault="00EC0FE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156B9" w:rsidRDefault="00EC0FE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156B9" w:rsidRDefault="007156B9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156B9" w:rsidRDefault="00EC0FE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7156B9">
        <w:trPr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156B9" w:rsidRDefault="00EC0FE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31.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156B9" w:rsidRDefault="00EC0FE9">
            <w:pPr>
              <w:autoSpaceDE w:val="0"/>
              <w:autoSpaceDN w:val="0"/>
              <w:spacing w:before="98" w:after="0" w:line="271" w:lineRule="auto"/>
              <w:ind w:left="72" w:right="115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Патриотизм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какнравственная категория.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156B9" w:rsidRDefault="00EC0FE9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156B9" w:rsidRDefault="00EC0FE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156B9" w:rsidRDefault="00EC0FE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156B9" w:rsidRDefault="007156B9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156B9" w:rsidRDefault="00EC0FE9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7156B9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156B9" w:rsidRDefault="00EC0FE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32.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156B9" w:rsidRPr="00880C89" w:rsidRDefault="00EC0FE9">
            <w:pPr>
              <w:autoSpaceDE w:val="0"/>
              <w:autoSpaceDN w:val="0"/>
              <w:spacing w:before="98" w:after="0" w:line="262" w:lineRule="auto"/>
              <w:ind w:left="72"/>
              <w:rPr>
                <w:lang w:val="ru-RU"/>
              </w:rPr>
            </w:pPr>
            <w:r w:rsidRPr="00880C8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Эмоциональный интеллект и язык общения.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156B9" w:rsidRDefault="00EC0FE9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156B9" w:rsidRDefault="00EC0FE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156B9" w:rsidRDefault="00EC0FE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156B9" w:rsidRDefault="007156B9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156B9" w:rsidRDefault="00EC0FE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Тестирование;</w:t>
            </w:r>
          </w:p>
        </w:tc>
      </w:tr>
      <w:tr w:rsidR="007156B9">
        <w:trPr>
          <w:trHeight w:hRule="exact" w:val="49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156B9" w:rsidRDefault="00EC0FE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33.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156B9" w:rsidRDefault="00EC0FE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Человек - венец творения.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156B9" w:rsidRDefault="00EC0FE9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156B9" w:rsidRDefault="00EC0FE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156B9" w:rsidRDefault="00EC0FE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156B9" w:rsidRDefault="007156B9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156B9" w:rsidRDefault="00EC0FE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7156B9" w:rsidRPr="00345C76">
        <w:trPr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156B9" w:rsidRDefault="00EC0FE9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34.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156B9" w:rsidRDefault="00EC0FE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Россия - наш общий дом.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156B9" w:rsidRDefault="00EC0FE9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156B9" w:rsidRDefault="00EC0FE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156B9" w:rsidRDefault="00EC0FE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156B9" w:rsidRDefault="007156B9"/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156B9" w:rsidRPr="00880C89" w:rsidRDefault="00EC0FE9">
            <w:pPr>
              <w:autoSpaceDE w:val="0"/>
              <w:autoSpaceDN w:val="0"/>
              <w:spacing w:before="98" w:after="0"/>
              <w:ind w:left="72"/>
              <w:rPr>
                <w:lang w:val="ru-RU"/>
              </w:rPr>
            </w:pPr>
            <w:r w:rsidRPr="00880C8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Самооценка с </w:t>
            </w:r>
            <w:r w:rsidRPr="00880C89">
              <w:rPr>
                <w:lang w:val="ru-RU"/>
              </w:rPr>
              <w:br/>
            </w:r>
            <w:r w:rsidRPr="00880C8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использованием</w:t>
            </w:r>
            <w:proofErr w:type="gramStart"/>
            <w:r w:rsidRPr="00880C8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«О</w:t>
            </w:r>
            <w:proofErr w:type="gramEnd"/>
            <w:r w:rsidRPr="00880C8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ценочного</w:t>
            </w:r>
            <w:r w:rsidRPr="00880C89">
              <w:rPr>
                <w:lang w:val="ru-RU"/>
              </w:rPr>
              <w:br/>
            </w:r>
            <w:r w:rsidRPr="00880C8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листа»;</w:t>
            </w:r>
          </w:p>
        </w:tc>
      </w:tr>
      <w:tr w:rsidR="007156B9">
        <w:trPr>
          <w:trHeight w:hRule="exact" w:val="808"/>
        </w:trPr>
        <w:tc>
          <w:tcPr>
            <w:tcW w:w="34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156B9" w:rsidRPr="00880C89" w:rsidRDefault="00EC0FE9">
            <w:pPr>
              <w:autoSpaceDE w:val="0"/>
              <w:autoSpaceDN w:val="0"/>
              <w:spacing w:before="98" w:after="0" w:line="262" w:lineRule="auto"/>
              <w:ind w:left="72" w:right="576"/>
              <w:rPr>
                <w:lang w:val="ru-RU"/>
              </w:rPr>
            </w:pPr>
            <w:r w:rsidRPr="00880C8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156B9" w:rsidRDefault="00EC0FE9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156B9" w:rsidRDefault="00EC0FE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156B9" w:rsidRDefault="00EC0FE9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156B9" w:rsidRDefault="007156B9"/>
        </w:tc>
      </w:tr>
    </w:tbl>
    <w:p w:rsidR="007156B9" w:rsidRDefault="007156B9">
      <w:pPr>
        <w:autoSpaceDE w:val="0"/>
        <w:autoSpaceDN w:val="0"/>
        <w:spacing w:after="0" w:line="14" w:lineRule="exact"/>
      </w:pPr>
    </w:p>
    <w:p w:rsidR="007156B9" w:rsidRDefault="007156B9">
      <w:pPr>
        <w:sectPr w:rsidR="007156B9">
          <w:pgSz w:w="11900" w:h="16840"/>
          <w:pgMar w:top="284" w:right="650" w:bottom="43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7156B9" w:rsidRDefault="007156B9">
      <w:pPr>
        <w:sectPr w:rsidR="007156B9">
          <w:pgSz w:w="11900" w:h="16840"/>
          <w:pgMar w:top="1440" w:right="1440" w:bottom="1440" w:left="1440" w:header="720" w:footer="720" w:gutter="0"/>
          <w:cols w:space="720" w:equalWidth="0">
            <w:col w:w="10584" w:space="0"/>
          </w:cols>
          <w:docGrid w:linePitch="360"/>
        </w:sectPr>
      </w:pPr>
    </w:p>
    <w:p w:rsidR="007156B9" w:rsidRDefault="007156B9">
      <w:pPr>
        <w:autoSpaceDE w:val="0"/>
        <w:autoSpaceDN w:val="0"/>
        <w:spacing w:after="78" w:line="220" w:lineRule="exact"/>
      </w:pPr>
    </w:p>
    <w:p w:rsidR="007156B9" w:rsidRDefault="00EC0FE9">
      <w:pPr>
        <w:autoSpaceDE w:val="0"/>
        <w:autoSpaceDN w:val="0"/>
        <w:spacing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 xml:space="preserve">УЧЕБНО-МЕТОДИЧЕСКОЕ ОБЕСПЕЧЕНИЕ ОБРАЗОВАТЕЛЬНОГО ПРОЦЕССА </w:t>
      </w:r>
    </w:p>
    <w:p w:rsidR="007156B9" w:rsidRDefault="00EC0FE9">
      <w:pPr>
        <w:autoSpaceDE w:val="0"/>
        <w:autoSpaceDN w:val="0"/>
        <w:spacing w:before="346"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ОБЯЗАТЕЛЬНЫЕ УЧЕБНЫЕ МАТЕРИАЛЫ ДЛЯ УЧЕНИКА</w:t>
      </w:r>
    </w:p>
    <w:p w:rsidR="007156B9" w:rsidRPr="00880C89" w:rsidRDefault="00EC0FE9">
      <w:pPr>
        <w:autoSpaceDE w:val="0"/>
        <w:autoSpaceDN w:val="0"/>
        <w:spacing w:before="166" w:after="0" w:line="281" w:lineRule="auto"/>
        <w:ind w:right="144"/>
        <w:rPr>
          <w:lang w:val="ru-RU"/>
        </w:rPr>
      </w:pPr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>Основы религиозных культур и светской этики. Основы светской этики. 4 класс/</w:t>
      </w:r>
      <w:proofErr w:type="spellStart"/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>Шемшурина</w:t>
      </w:r>
      <w:proofErr w:type="spellEnd"/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 xml:space="preserve"> А.И., Акционерное общество «Издательство «Просвещение»; </w:t>
      </w:r>
      <w:r w:rsidRPr="00880C89">
        <w:rPr>
          <w:lang w:val="ru-RU"/>
        </w:rPr>
        <w:br/>
      </w:r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 xml:space="preserve">Введите свой </w:t>
      </w:r>
      <w:proofErr w:type="spellStart"/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>вариант</w:t>
      </w:r>
      <w:proofErr w:type="gramStart"/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>:О</w:t>
      </w:r>
      <w:proofErr w:type="gramEnd"/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>сновы</w:t>
      </w:r>
      <w:proofErr w:type="spellEnd"/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 xml:space="preserve"> религиозных культур и светской этики. Основы светской этики. 4 класс/</w:t>
      </w:r>
      <w:proofErr w:type="spellStart"/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>Шемшурин</w:t>
      </w:r>
      <w:proofErr w:type="spellEnd"/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 xml:space="preserve"> А.А., </w:t>
      </w:r>
      <w:proofErr w:type="spellStart"/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>Брунчукова</w:t>
      </w:r>
      <w:proofErr w:type="spellEnd"/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 xml:space="preserve"> Н.М., Демин Р.Н. и другие; под редакцией Шапошниковой Т.Д., ООО «ДРОФА»; АО</w:t>
      </w:r>
      <w:proofErr w:type="gramStart"/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>«И</w:t>
      </w:r>
      <w:proofErr w:type="gramEnd"/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 xml:space="preserve">здательство Просвещение»; </w:t>
      </w:r>
      <w:r w:rsidRPr="00880C89">
        <w:rPr>
          <w:lang w:val="ru-RU"/>
        </w:rPr>
        <w:br/>
      </w:r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>Введите свой вариант:</w:t>
      </w:r>
    </w:p>
    <w:p w:rsidR="007156B9" w:rsidRPr="00880C89" w:rsidRDefault="00EC0FE9">
      <w:pPr>
        <w:autoSpaceDE w:val="0"/>
        <w:autoSpaceDN w:val="0"/>
        <w:spacing w:before="264" w:after="0" w:line="230" w:lineRule="auto"/>
        <w:rPr>
          <w:lang w:val="ru-RU"/>
        </w:rPr>
      </w:pPr>
      <w:r w:rsidRPr="00880C89">
        <w:rPr>
          <w:rFonts w:ascii="Times New Roman" w:eastAsia="Times New Roman" w:hAnsi="Times New Roman"/>
          <w:b/>
          <w:color w:val="000000"/>
          <w:sz w:val="24"/>
          <w:lang w:val="ru-RU"/>
        </w:rPr>
        <w:t>МЕТОДИЧЕСКИЕ МАТЕРИАЛЫ ДЛЯ УЧИТЕЛЯ</w:t>
      </w:r>
    </w:p>
    <w:p w:rsidR="007156B9" w:rsidRPr="00880C89" w:rsidRDefault="00EC0FE9">
      <w:pPr>
        <w:autoSpaceDE w:val="0"/>
        <w:autoSpaceDN w:val="0"/>
        <w:spacing w:before="168" w:after="0" w:line="286" w:lineRule="auto"/>
        <w:ind w:right="144"/>
        <w:rPr>
          <w:lang w:val="ru-RU"/>
        </w:rPr>
      </w:pPr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 xml:space="preserve">Примерные рабочие программы начального общего образования «Основы религиозных культур и светской этики» / Институт стратегии развития образования российской академии образования – М., 2021 </w:t>
      </w:r>
      <w:r w:rsidRPr="00880C89">
        <w:rPr>
          <w:lang w:val="ru-RU"/>
        </w:rPr>
        <w:br/>
      </w:r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 xml:space="preserve">Учебник </w:t>
      </w:r>
      <w:proofErr w:type="spellStart"/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>Шемшурина</w:t>
      </w:r>
      <w:proofErr w:type="spellEnd"/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 xml:space="preserve"> А.И. «Основы светской этики. 4 класс Электронное приложение к учебному пособию «Основы светской этики. 4 класс»</w:t>
      </w:r>
      <w:r w:rsidRPr="00880C89">
        <w:rPr>
          <w:lang w:val="ru-RU"/>
        </w:rPr>
        <w:br/>
      </w:r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 xml:space="preserve">Методическое пособие. </w:t>
      </w:r>
      <w:proofErr w:type="spellStart"/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>Шемшурина</w:t>
      </w:r>
      <w:proofErr w:type="spellEnd"/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 xml:space="preserve"> А.И. «Основы религиозных культур и светской этики. Основы светской этики. 4 класс </w:t>
      </w:r>
      <w:r w:rsidRPr="00880C89">
        <w:rPr>
          <w:lang w:val="ru-RU"/>
        </w:rPr>
        <w:br/>
      </w:r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 xml:space="preserve">Рабочая тетрадь. А. И </w:t>
      </w:r>
      <w:proofErr w:type="spellStart"/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>Шемшурина</w:t>
      </w:r>
      <w:proofErr w:type="spellEnd"/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 xml:space="preserve"> «Основы светской этики. 4 класс</w:t>
      </w:r>
    </w:p>
    <w:p w:rsidR="007156B9" w:rsidRPr="00880C89" w:rsidRDefault="00EC0FE9">
      <w:pPr>
        <w:autoSpaceDE w:val="0"/>
        <w:autoSpaceDN w:val="0"/>
        <w:spacing w:before="262" w:after="0" w:line="230" w:lineRule="auto"/>
        <w:rPr>
          <w:lang w:val="ru-RU"/>
        </w:rPr>
      </w:pPr>
      <w:r w:rsidRPr="00880C89">
        <w:rPr>
          <w:rFonts w:ascii="Times New Roman" w:eastAsia="Times New Roman" w:hAnsi="Times New Roman"/>
          <w:b/>
          <w:color w:val="000000"/>
          <w:sz w:val="24"/>
          <w:lang w:val="ru-RU"/>
        </w:rPr>
        <w:t>ЦИФРОВЫЕ ОБРАЗОВАТЕЛЬНЫЕ РЕСУРСЫ И РЕСУРСЫ СЕТИ ИНТЕРНЕТ</w:t>
      </w:r>
    </w:p>
    <w:p w:rsidR="007156B9" w:rsidRPr="00880C89" w:rsidRDefault="00EC0FE9">
      <w:pPr>
        <w:autoSpaceDE w:val="0"/>
        <w:autoSpaceDN w:val="0"/>
        <w:spacing w:before="166" w:after="0" w:line="262" w:lineRule="auto"/>
        <w:ind w:right="288"/>
        <w:rPr>
          <w:lang w:val="ru-RU"/>
        </w:rPr>
      </w:pPr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 xml:space="preserve">Федеральный центр информационно-образовательных ресурсов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 xml:space="preserve">:// 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fcior</w:t>
      </w:r>
      <w:proofErr w:type="spellEnd"/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 xml:space="preserve">. 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edu</w:t>
      </w:r>
      <w:proofErr w:type="spellEnd"/>
      <w:proofErr w:type="gramStart"/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 xml:space="preserve"> ;</w:t>
      </w:r>
      <w:proofErr w:type="gramEnd"/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 xml:space="preserve"> Единая коллекция цифровых образовательных ресурсов -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 xml:space="preserve">:// </w:t>
      </w:r>
      <w:r>
        <w:rPr>
          <w:rFonts w:ascii="Times New Roman" w:eastAsia="Times New Roman" w:hAnsi="Times New Roman"/>
          <w:color w:val="000000"/>
          <w:sz w:val="24"/>
        </w:rPr>
        <w:t>school</w:t>
      </w:r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 xml:space="preserve">- </w:t>
      </w:r>
      <w:r>
        <w:rPr>
          <w:rFonts w:ascii="Times New Roman" w:eastAsia="Times New Roman" w:hAnsi="Times New Roman"/>
          <w:color w:val="000000"/>
          <w:sz w:val="24"/>
        </w:rPr>
        <w:t>collection</w:t>
      </w:r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 xml:space="preserve">. 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edu</w:t>
      </w:r>
      <w:proofErr w:type="spellEnd"/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 xml:space="preserve"> .</w:t>
      </w:r>
    </w:p>
    <w:p w:rsidR="007156B9" w:rsidRPr="00880C89" w:rsidRDefault="00EC0FE9">
      <w:pPr>
        <w:autoSpaceDE w:val="0"/>
        <w:autoSpaceDN w:val="0"/>
        <w:spacing w:before="406" w:after="0" w:line="290" w:lineRule="auto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</w:rPr>
        <w:t>http</w:t>
      </w:r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orkce</w:t>
      </w:r>
      <w:proofErr w:type="spellEnd"/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apkpro</w:t>
      </w:r>
      <w:proofErr w:type="spellEnd"/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>/ - сайт дисциплины ОРКСЭ образовательной области основ духовно-</w:t>
      </w:r>
      <w:r w:rsidRPr="00880C89">
        <w:rPr>
          <w:lang w:val="ru-RU"/>
        </w:rPr>
        <w:br/>
      </w:r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 xml:space="preserve">нравственной культуры народов России </w:t>
      </w:r>
      <w:r w:rsidRPr="00880C89">
        <w:rPr>
          <w:lang w:val="ru-RU"/>
        </w:rPr>
        <w:br/>
      </w:r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 xml:space="preserve">Российская электронная школа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 xml:space="preserve">: // 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resh</w:t>
      </w:r>
      <w:proofErr w:type="spellEnd"/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edu</w:t>
      </w:r>
      <w:proofErr w:type="spellEnd"/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880C89">
        <w:rPr>
          <w:lang w:val="ru-RU"/>
        </w:rPr>
        <w:br/>
      </w:r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 xml:space="preserve">Каталог учебных изданий, электронного оборудования и электронных образовательных ресурсов для общего образования 1-4 класс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ndce</w:t>
      </w:r>
      <w:proofErr w:type="spellEnd"/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edu</w:t>
      </w:r>
      <w:proofErr w:type="spellEnd"/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880C89">
        <w:rPr>
          <w:lang w:val="ru-RU"/>
        </w:rPr>
        <w:br/>
      </w:r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 xml:space="preserve">Федеральный портал «Российское образование»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edu</w:t>
      </w:r>
      <w:proofErr w:type="spellEnd"/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880C89">
        <w:rPr>
          <w:lang w:val="ru-RU"/>
        </w:rPr>
        <w:br/>
      </w:r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 xml:space="preserve">Российский общеобразовательный портал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school</w:t>
      </w:r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edu</w:t>
      </w:r>
      <w:proofErr w:type="spellEnd"/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880C89">
        <w:rPr>
          <w:lang w:val="ru-RU"/>
        </w:rPr>
        <w:br/>
      </w:r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 xml:space="preserve">Портал "Информационные коммуникационные технологии в образовании"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 xml:space="preserve">. 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ict</w:t>
      </w:r>
      <w:proofErr w:type="spellEnd"/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edu</w:t>
      </w:r>
      <w:proofErr w:type="spellEnd"/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ruM</w:t>
      </w:r>
      <w:proofErr w:type="spellEnd"/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>е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todkabinet</w:t>
      </w:r>
      <w:proofErr w:type="spellEnd"/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eu</w:t>
      </w:r>
      <w:proofErr w:type="spellEnd"/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>: информационно-методический кабинет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metodkabinet</w:t>
      </w:r>
      <w:proofErr w:type="spellEnd"/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 xml:space="preserve"> Газета «1 сентября» 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>.1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september</w:t>
      </w:r>
      <w:proofErr w:type="spellEnd"/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880C89">
        <w:rPr>
          <w:lang w:val="ru-RU"/>
        </w:rPr>
        <w:br/>
      </w:r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 xml:space="preserve">Каталог образовательных ресурсов сети «Интернет»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catalog</w:t>
      </w:r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iot</w:t>
      </w:r>
      <w:proofErr w:type="spellEnd"/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880C89">
        <w:rPr>
          <w:lang w:val="ru-RU"/>
        </w:rPr>
        <w:br/>
      </w:r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 xml:space="preserve">Учительский портал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 xml:space="preserve">. </w:t>
      </w:r>
      <w:proofErr w:type="spellStart"/>
      <w:proofErr w:type="gramStart"/>
      <w:r>
        <w:rPr>
          <w:rFonts w:ascii="Times New Roman" w:eastAsia="Times New Roman" w:hAnsi="Times New Roman"/>
          <w:color w:val="000000"/>
          <w:sz w:val="24"/>
        </w:rPr>
        <w:t>ucportal</w:t>
      </w:r>
      <w:proofErr w:type="spellEnd"/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proofErr w:type="gramEnd"/>
      <w:r w:rsidRPr="00880C89">
        <w:rPr>
          <w:lang w:val="ru-RU"/>
        </w:rPr>
        <w:br/>
      </w:r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 xml:space="preserve">Всероссийский учительский портал ЗАВУЧ. ИНФО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 xml:space="preserve">. 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zavuch</w:t>
      </w:r>
      <w:proofErr w:type="spellEnd"/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info</w:t>
      </w:r>
      <w:r w:rsidRPr="00880C89">
        <w:rPr>
          <w:lang w:val="ru-RU"/>
        </w:rPr>
        <w:br/>
      </w:r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 xml:space="preserve">Интернет портал </w:t>
      </w:r>
      <w:proofErr w:type="gramStart"/>
      <w:r>
        <w:rPr>
          <w:rFonts w:ascii="Times New Roman" w:eastAsia="Times New Roman" w:hAnsi="Times New Roman"/>
          <w:color w:val="000000"/>
          <w:sz w:val="24"/>
        </w:rPr>
        <w:t>Pro</w:t>
      </w:r>
      <w:proofErr w:type="gramEnd"/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>Школу.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ruhttp</w:t>
      </w:r>
      <w:proofErr w:type="spellEnd"/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 xml:space="preserve">. 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proshkolu</w:t>
      </w:r>
      <w:proofErr w:type="spellEnd"/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880C89"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</w:rPr>
        <w:t>C</w:t>
      </w:r>
      <w:proofErr w:type="spellStart"/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>оциальная</w:t>
      </w:r>
      <w:proofErr w:type="spellEnd"/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 xml:space="preserve"> сеть работников образования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nsportal</w:t>
      </w:r>
      <w:proofErr w:type="spellEnd"/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 xml:space="preserve"> Проект "</w:t>
      </w:r>
      <w:proofErr w:type="spellStart"/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>Началка</w:t>
      </w:r>
      <w:proofErr w:type="spellEnd"/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 xml:space="preserve">" </w:t>
      </w:r>
      <w:r w:rsidRPr="00880C89"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nachalka</w:t>
      </w:r>
      <w:proofErr w:type="spellEnd"/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com</w:t>
      </w:r>
      <w:r w:rsidRPr="00880C89">
        <w:rPr>
          <w:lang w:val="ru-RU"/>
        </w:rPr>
        <w:br/>
      </w:r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 xml:space="preserve">Сайт «Начальная школа» с </w:t>
      </w:r>
      <w:proofErr w:type="spellStart"/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>онлайн-поддержкой</w:t>
      </w:r>
      <w:proofErr w:type="spellEnd"/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 xml:space="preserve"> учебников комплекта «Школа России» 1-4 </w:t>
      </w:r>
      <w:proofErr w:type="spellStart"/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>кл</w:t>
      </w:r>
      <w:proofErr w:type="spellEnd"/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 xml:space="preserve">.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>://1-4.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prosv</w:t>
      </w:r>
      <w:proofErr w:type="spellEnd"/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880C89">
        <w:rPr>
          <w:lang w:val="ru-RU"/>
        </w:rPr>
        <w:br/>
      </w:r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 xml:space="preserve">Сайт </w:t>
      </w:r>
      <w:proofErr w:type="spellStart"/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>интернет-проекта</w:t>
      </w:r>
      <w:proofErr w:type="spellEnd"/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 xml:space="preserve"> «Копилка уроков сайт для учителей» 1-4 класс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kopilurokov</w:t>
      </w:r>
      <w:proofErr w:type="spellEnd"/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880C89">
        <w:rPr>
          <w:lang w:val="ru-RU"/>
        </w:rPr>
        <w:br/>
      </w:r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 xml:space="preserve">Журнал «Начальная школа» 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openworld</w:t>
      </w:r>
      <w:proofErr w:type="spellEnd"/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school</w:t>
      </w:r>
      <w:r w:rsidRPr="00880C89">
        <w:rPr>
          <w:lang w:val="ru-RU"/>
        </w:rPr>
        <w:br/>
      </w:r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 xml:space="preserve">Сетевое образовательное сообщество учителей </w:t>
      </w:r>
      <w:proofErr w:type="spellStart"/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>Инфоурок</w:t>
      </w:r>
      <w:proofErr w:type="spellEnd"/>
      <w:r>
        <w:rPr>
          <w:rFonts w:ascii="Times New Roman" w:eastAsia="Times New Roman" w:hAnsi="Times New Roman"/>
          <w:color w:val="000000"/>
          <w:sz w:val="24"/>
        </w:rPr>
        <w:t>https</w:t>
      </w:r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infourok</w:t>
      </w:r>
      <w:proofErr w:type="spellEnd"/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880C89">
        <w:rPr>
          <w:lang w:val="ru-RU"/>
        </w:rPr>
        <w:br/>
      </w:r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>Образовательный портал «</w:t>
      </w:r>
      <w:proofErr w:type="spellStart"/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>Видеоуроки</w:t>
      </w:r>
      <w:proofErr w:type="spellEnd"/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 xml:space="preserve">» </w:t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videouroki</w:t>
      </w:r>
      <w:proofErr w:type="spellEnd"/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net</w:t>
      </w:r>
      <w:r w:rsidRPr="00880C89">
        <w:rPr>
          <w:lang w:val="ru-RU"/>
        </w:rPr>
        <w:br/>
      </w:r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 xml:space="preserve">Сетевое образовательное сообщество учителей </w:t>
      </w:r>
      <w:proofErr w:type="spellStart"/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>Мультиурок</w:t>
      </w:r>
      <w:proofErr w:type="spellEnd"/>
      <w:r>
        <w:rPr>
          <w:rFonts w:ascii="Times New Roman" w:eastAsia="Times New Roman" w:hAnsi="Times New Roman"/>
          <w:color w:val="000000"/>
          <w:sz w:val="24"/>
        </w:rPr>
        <w:t>https</w:t>
      </w:r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 xml:space="preserve">:// 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multiurok</w:t>
      </w:r>
      <w:proofErr w:type="spellEnd"/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</w:p>
    <w:p w:rsidR="007156B9" w:rsidRPr="00880C89" w:rsidRDefault="007156B9">
      <w:pPr>
        <w:rPr>
          <w:lang w:val="ru-RU"/>
        </w:rPr>
        <w:sectPr w:rsidR="007156B9" w:rsidRPr="00880C89">
          <w:pgSz w:w="11900" w:h="16840"/>
          <w:pgMar w:top="298" w:right="650" w:bottom="29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7156B9" w:rsidRPr="00880C89" w:rsidRDefault="007156B9">
      <w:pPr>
        <w:autoSpaceDE w:val="0"/>
        <w:autoSpaceDN w:val="0"/>
        <w:spacing w:after="96" w:line="220" w:lineRule="exact"/>
        <w:rPr>
          <w:lang w:val="ru-RU"/>
        </w:rPr>
      </w:pPr>
    </w:p>
    <w:p w:rsidR="007156B9" w:rsidRPr="00880C89" w:rsidRDefault="00EC0FE9">
      <w:pPr>
        <w:autoSpaceDE w:val="0"/>
        <w:autoSpaceDN w:val="0"/>
        <w:spacing w:after="0" w:line="271" w:lineRule="auto"/>
        <w:ind w:right="720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</w:rPr>
        <w:t>http</w:t>
      </w:r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religio</w:t>
      </w:r>
      <w:proofErr w:type="spellEnd"/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 xml:space="preserve">/ - Мир религий </w:t>
      </w:r>
      <w:r w:rsidRPr="00880C89"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gmir</w:t>
      </w:r>
      <w:proofErr w:type="spellEnd"/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 xml:space="preserve"> - Государственный музей истории религии </w:t>
      </w:r>
      <w:r w:rsidRPr="00880C89"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musei</w:t>
      </w:r>
      <w:proofErr w:type="spellEnd"/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online</w:t>
      </w:r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blogspot</w:t>
      </w:r>
      <w:proofErr w:type="spellEnd"/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search</w:t>
      </w:r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label</w:t>
      </w:r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 xml:space="preserve">/Россия - сайт «Музеи </w:t>
      </w:r>
      <w:proofErr w:type="spellStart"/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>онлайн</w:t>
      </w:r>
      <w:proofErr w:type="spellEnd"/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>» с виртуальными</w:t>
      </w:r>
    </w:p>
    <w:p w:rsidR="007156B9" w:rsidRPr="00880C89" w:rsidRDefault="00EC0FE9">
      <w:pPr>
        <w:autoSpaceDE w:val="0"/>
        <w:autoSpaceDN w:val="0"/>
        <w:spacing w:before="1078" w:after="0" w:line="230" w:lineRule="auto"/>
        <w:rPr>
          <w:lang w:val="ru-RU"/>
        </w:rPr>
      </w:pPr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>экскурсиями по музеям мира, представлено 16 музеев России.</w:t>
      </w:r>
    </w:p>
    <w:p w:rsidR="007156B9" w:rsidRPr="00880C89" w:rsidRDefault="00EC0FE9">
      <w:pPr>
        <w:autoSpaceDE w:val="0"/>
        <w:autoSpaceDN w:val="0"/>
        <w:spacing w:before="406" w:after="0" w:line="230" w:lineRule="auto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</w:rPr>
        <w:t>https</w:t>
      </w:r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ethnomuseum</w:t>
      </w:r>
      <w:proofErr w:type="spellEnd"/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 xml:space="preserve"> - сайт Российского этнографического музея.</w:t>
      </w:r>
    </w:p>
    <w:p w:rsidR="007156B9" w:rsidRPr="00880C89" w:rsidRDefault="00EC0FE9">
      <w:pPr>
        <w:autoSpaceDE w:val="0"/>
        <w:autoSpaceDN w:val="0"/>
        <w:spacing w:before="408" w:after="0" w:line="271" w:lineRule="auto"/>
        <w:ind w:right="144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</w:rPr>
        <w:t>http</w:t>
      </w:r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culture</w:t>
      </w:r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 xml:space="preserve"> - сайт «Культура. РФ», гуманитарный просветительский проект, посвященный культуре России. Рассказывает о наиболее значимых событиях, народных традициях, памятниках нашей страны.</w:t>
      </w:r>
    </w:p>
    <w:p w:rsidR="007156B9" w:rsidRPr="00880C89" w:rsidRDefault="00EC0FE9">
      <w:pPr>
        <w:autoSpaceDE w:val="0"/>
        <w:autoSpaceDN w:val="0"/>
        <w:spacing w:before="406" w:after="0" w:line="262" w:lineRule="auto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</w:rPr>
        <w:t>http</w:t>
      </w:r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artclassic</w:t>
      </w:r>
      <w:proofErr w:type="spellEnd"/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edu</w:t>
      </w:r>
      <w:proofErr w:type="spellEnd"/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>/ - коллекция образовательных ресурсов по поиску произведений искусства по времени, стране, стилю.</w:t>
      </w:r>
    </w:p>
    <w:p w:rsidR="007156B9" w:rsidRPr="00880C89" w:rsidRDefault="00EC0FE9">
      <w:pPr>
        <w:autoSpaceDE w:val="0"/>
        <w:autoSpaceDN w:val="0"/>
        <w:spacing w:before="406" w:after="0" w:line="230" w:lineRule="auto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</w:rPr>
        <w:t>http</w:t>
      </w:r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rsl</w:t>
      </w:r>
      <w:proofErr w:type="spellEnd"/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>/ - сайт российской государственной библиотеки.</w:t>
      </w:r>
    </w:p>
    <w:p w:rsidR="007156B9" w:rsidRPr="00880C89" w:rsidRDefault="00EC0FE9">
      <w:pPr>
        <w:autoSpaceDE w:val="0"/>
        <w:autoSpaceDN w:val="0"/>
        <w:spacing w:before="406" w:after="0" w:line="230" w:lineRule="auto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</w:rPr>
        <w:t>http</w:t>
      </w:r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eart</w:t>
      </w:r>
      <w:proofErr w:type="spellEnd"/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by</w:t>
      </w:r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 xml:space="preserve"> - иллюстрированный словарь по искусству.</w:t>
      </w:r>
    </w:p>
    <w:p w:rsidR="007156B9" w:rsidRPr="00880C89" w:rsidRDefault="00EC0FE9">
      <w:pPr>
        <w:autoSpaceDE w:val="0"/>
        <w:autoSpaceDN w:val="0"/>
        <w:spacing w:before="406" w:after="0" w:line="230" w:lineRule="auto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</w:rPr>
        <w:t>http</w:t>
      </w:r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artcyclopedia</w:t>
      </w:r>
      <w:proofErr w:type="spellEnd"/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com</w:t>
      </w:r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 xml:space="preserve"> - иллюстрированная энциклопедия по искусству.</w:t>
      </w:r>
    </w:p>
    <w:p w:rsidR="007156B9" w:rsidRPr="00880C89" w:rsidRDefault="00EC0FE9">
      <w:pPr>
        <w:autoSpaceDE w:val="0"/>
        <w:autoSpaceDN w:val="0"/>
        <w:spacing w:before="406" w:after="0" w:line="271" w:lineRule="auto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</w:rPr>
        <w:t>http</w:t>
      </w:r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bibliotekar</w:t>
      </w:r>
      <w:proofErr w:type="spellEnd"/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rossia</w:t>
      </w:r>
      <w:proofErr w:type="spellEnd"/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index</w:t>
      </w:r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htm</w:t>
      </w:r>
      <w:proofErr w:type="spellEnd"/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 xml:space="preserve"> - электронная библиотека </w:t>
      </w:r>
      <w:r w:rsidRPr="00880C89"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sokrnarmira</w:t>
      </w:r>
      <w:proofErr w:type="spellEnd"/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 xml:space="preserve"> - библиотека народной мудрости: мифов, сказок, притч, легенд, былин, пословиц и поговорок.</w:t>
      </w:r>
    </w:p>
    <w:p w:rsidR="007156B9" w:rsidRPr="00880C89" w:rsidRDefault="00EC0FE9">
      <w:pPr>
        <w:autoSpaceDE w:val="0"/>
        <w:autoSpaceDN w:val="0"/>
        <w:spacing w:before="406" w:after="0" w:line="271" w:lineRule="auto"/>
        <w:ind w:right="2304"/>
        <w:rPr>
          <w:lang w:val="ru-RU"/>
        </w:rPr>
      </w:pPr>
      <w:proofErr w:type="gramStart"/>
      <w:r>
        <w:rPr>
          <w:rFonts w:ascii="Times New Roman" w:eastAsia="Times New Roman" w:hAnsi="Times New Roman"/>
          <w:color w:val="000000"/>
          <w:sz w:val="24"/>
        </w:rPr>
        <w:t>http</w:t>
      </w:r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parables</w:t>
      </w:r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main</w:t>
      </w:r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>-17.</w:t>
      </w:r>
      <w:r>
        <w:rPr>
          <w:rFonts w:ascii="Times New Roman" w:eastAsia="Times New Roman" w:hAnsi="Times New Roman"/>
          <w:color w:val="000000"/>
          <w:sz w:val="24"/>
        </w:rPr>
        <w:t>html</w:t>
      </w:r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 xml:space="preserve"> - детские притчи </w:t>
      </w:r>
      <w:r w:rsidRPr="00880C89"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pritchi</w:t>
      </w:r>
      <w:proofErr w:type="spellEnd"/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 xml:space="preserve"> – </w:t>
      </w:r>
      <w:proofErr w:type="spellStart"/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>притчиХочу</w:t>
      </w:r>
      <w:proofErr w:type="spellEnd"/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 xml:space="preserve"> такой сайт </w:t>
      </w:r>
      <w:r w:rsidRPr="00880C89"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artprojekt</w:t>
      </w:r>
      <w:proofErr w:type="spellEnd"/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 xml:space="preserve"> - энциклопедия искусства - галереи, история искусства.</w:t>
      </w:r>
      <w:proofErr w:type="gramEnd"/>
    </w:p>
    <w:p w:rsidR="007156B9" w:rsidRPr="00880C89" w:rsidRDefault="00EC0FE9">
      <w:pPr>
        <w:autoSpaceDE w:val="0"/>
        <w:autoSpaceDN w:val="0"/>
        <w:spacing w:before="408" w:after="0" w:line="230" w:lineRule="auto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</w:rPr>
        <w:t>http</w:t>
      </w:r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smirnova</w:t>
      </w:r>
      <w:proofErr w:type="spellEnd"/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net</w:t>
      </w:r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>/ - гид по музеям мира и галереям.</w:t>
      </w:r>
    </w:p>
    <w:p w:rsidR="007156B9" w:rsidRPr="00880C89" w:rsidRDefault="00EC0FE9">
      <w:pPr>
        <w:autoSpaceDE w:val="0"/>
        <w:autoSpaceDN w:val="0"/>
        <w:spacing w:before="408" w:after="0" w:line="230" w:lineRule="auto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</w:rPr>
        <w:t>http</w:t>
      </w:r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cbook</w:t>
      </w:r>
      <w:proofErr w:type="spellEnd"/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peoples</w:t>
      </w:r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>/ - электронная энциклопедия «Народы и религии мира».</w:t>
      </w:r>
    </w:p>
    <w:p w:rsidR="007156B9" w:rsidRPr="00880C89" w:rsidRDefault="007156B9">
      <w:pPr>
        <w:rPr>
          <w:lang w:val="ru-RU"/>
        </w:rPr>
        <w:sectPr w:rsidR="007156B9" w:rsidRPr="00880C89">
          <w:pgSz w:w="11900" w:h="16840"/>
          <w:pgMar w:top="316" w:right="740" w:bottom="1440" w:left="666" w:header="720" w:footer="720" w:gutter="0"/>
          <w:cols w:space="720" w:equalWidth="0">
            <w:col w:w="10494" w:space="0"/>
          </w:cols>
          <w:docGrid w:linePitch="360"/>
        </w:sectPr>
      </w:pPr>
    </w:p>
    <w:p w:rsidR="007156B9" w:rsidRPr="00880C89" w:rsidRDefault="007156B9">
      <w:pPr>
        <w:autoSpaceDE w:val="0"/>
        <w:autoSpaceDN w:val="0"/>
        <w:spacing w:after="78" w:line="220" w:lineRule="exact"/>
        <w:rPr>
          <w:lang w:val="ru-RU"/>
        </w:rPr>
      </w:pPr>
    </w:p>
    <w:p w:rsidR="007156B9" w:rsidRPr="00880C89" w:rsidRDefault="00EC0FE9">
      <w:pPr>
        <w:autoSpaceDE w:val="0"/>
        <w:autoSpaceDN w:val="0"/>
        <w:spacing w:after="0" w:line="230" w:lineRule="auto"/>
        <w:rPr>
          <w:lang w:val="ru-RU"/>
        </w:rPr>
      </w:pPr>
      <w:r w:rsidRPr="00880C89">
        <w:rPr>
          <w:rFonts w:ascii="Times New Roman" w:eastAsia="Times New Roman" w:hAnsi="Times New Roman"/>
          <w:b/>
          <w:color w:val="000000"/>
          <w:sz w:val="24"/>
          <w:lang w:val="ru-RU"/>
        </w:rPr>
        <w:t>МАТЕРИАЛЬНО-ТЕХНИЧЕСКОЕ ОБЕСПЕЧЕНИЕ ОБРАЗОВАТЕЛЬНОГО ПРОЦЕССА</w:t>
      </w:r>
    </w:p>
    <w:p w:rsidR="007156B9" w:rsidRPr="00880C89" w:rsidRDefault="00EC0FE9">
      <w:pPr>
        <w:autoSpaceDE w:val="0"/>
        <w:autoSpaceDN w:val="0"/>
        <w:spacing w:before="346" w:after="0" w:line="300" w:lineRule="auto"/>
        <w:ind w:right="7200"/>
        <w:rPr>
          <w:lang w:val="ru-RU"/>
        </w:rPr>
      </w:pPr>
      <w:r w:rsidRPr="00880C89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УЧЕБНОЕ ОБОРУДОВАНИЕ </w:t>
      </w:r>
      <w:r w:rsidRPr="00880C89">
        <w:rPr>
          <w:lang w:val="ru-RU"/>
        </w:rPr>
        <w:br/>
      </w:r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 xml:space="preserve">Ноутбук </w:t>
      </w:r>
      <w:r w:rsidRPr="00880C89">
        <w:rPr>
          <w:lang w:val="ru-RU"/>
        </w:rPr>
        <w:br/>
      </w:r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>Проектор</w:t>
      </w:r>
    </w:p>
    <w:p w:rsidR="007156B9" w:rsidRPr="00880C89" w:rsidRDefault="00EC0FE9">
      <w:pPr>
        <w:autoSpaceDE w:val="0"/>
        <w:autoSpaceDN w:val="0"/>
        <w:spacing w:before="262" w:after="0" w:line="300" w:lineRule="auto"/>
        <w:ind w:right="720"/>
        <w:rPr>
          <w:lang w:val="ru-RU"/>
        </w:rPr>
      </w:pPr>
      <w:r w:rsidRPr="00880C89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ОБОРУДОВАНИЕ ДЛЯ ПРОВЕДЕНИЯ ЛАБОРАТОРНЫХ, ПРАКТИЧЕСКИХ РАБОТ, ДЕМОНСТРАЦИЙ </w:t>
      </w:r>
      <w:r w:rsidRPr="00880C89">
        <w:rPr>
          <w:lang w:val="ru-RU"/>
        </w:rPr>
        <w:br/>
      </w:r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>Плакаты, карандаши</w:t>
      </w:r>
      <w:proofErr w:type="gramStart"/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>.ф</w:t>
      </w:r>
      <w:proofErr w:type="gramEnd"/>
      <w:r w:rsidRPr="00880C89">
        <w:rPr>
          <w:rFonts w:ascii="Times New Roman" w:eastAsia="Times New Roman" w:hAnsi="Times New Roman"/>
          <w:color w:val="000000"/>
          <w:sz w:val="24"/>
          <w:lang w:val="ru-RU"/>
        </w:rPr>
        <w:t>ломастеры, цветная бумага, картон, клей.</w:t>
      </w:r>
    </w:p>
    <w:p w:rsidR="007156B9" w:rsidRPr="00880C89" w:rsidRDefault="007156B9">
      <w:pPr>
        <w:rPr>
          <w:lang w:val="ru-RU"/>
        </w:rPr>
        <w:sectPr w:rsidR="007156B9" w:rsidRPr="00880C89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EC0FE9" w:rsidRPr="00880C89" w:rsidRDefault="00EC0FE9">
      <w:pPr>
        <w:rPr>
          <w:lang w:val="ru-RU"/>
        </w:rPr>
      </w:pPr>
    </w:p>
    <w:sectPr w:rsidR="00EC0FE9" w:rsidRPr="00880C89" w:rsidSect="00034616">
      <w:pgSz w:w="11900" w:h="16840"/>
      <w:pgMar w:top="1440" w:right="1440" w:bottom="1440" w:left="1440" w:header="720" w:footer="720" w:gutter="0"/>
      <w:cols w:space="720" w:equalWidth="0">
        <w:col w:w="10584" w:space="0"/>
      </w:cols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B47730"/>
    <w:rsid w:val="00034616"/>
    <w:rsid w:val="0006063C"/>
    <w:rsid w:val="0015074B"/>
    <w:rsid w:val="0024431C"/>
    <w:rsid w:val="0029639D"/>
    <w:rsid w:val="00326F90"/>
    <w:rsid w:val="00345C76"/>
    <w:rsid w:val="00403310"/>
    <w:rsid w:val="004E7F21"/>
    <w:rsid w:val="00506BC3"/>
    <w:rsid w:val="007156B9"/>
    <w:rsid w:val="00880C89"/>
    <w:rsid w:val="00AA1D8D"/>
    <w:rsid w:val="00B47730"/>
    <w:rsid w:val="00CB0664"/>
    <w:rsid w:val="00EC0FE9"/>
    <w:rsid w:val="00FC69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ff8">
    <w:name w:val="Balloon Text"/>
    <w:basedOn w:val="a1"/>
    <w:link w:val="aff9"/>
    <w:uiPriority w:val="99"/>
    <w:semiHidden/>
    <w:unhideWhenUsed/>
    <w:rsid w:val="00345C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9">
    <w:name w:val="Текст выноски Знак"/>
    <w:basedOn w:val="a2"/>
    <w:link w:val="aff8"/>
    <w:uiPriority w:val="99"/>
    <w:semiHidden/>
    <w:rsid w:val="00345C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5C44672-BF18-49EC-9E43-BB2492A853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4558</Words>
  <Characters>25983</Characters>
  <Application>Microsoft Office Word</Application>
  <DocSecurity>0</DocSecurity>
  <Lines>216</Lines>
  <Paragraphs>60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30481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Учитель</cp:lastModifiedBy>
  <cp:revision>3</cp:revision>
  <dcterms:created xsi:type="dcterms:W3CDTF">2023-09-11T10:05:00Z</dcterms:created>
  <dcterms:modified xsi:type="dcterms:W3CDTF">2023-09-11T17:52:00Z</dcterms:modified>
</cp:coreProperties>
</file>