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64" w:rsidRDefault="000F1464">
      <w:pPr>
        <w:autoSpaceDE w:val="0"/>
        <w:autoSpaceDN w:val="0"/>
        <w:spacing w:after="78" w:line="220" w:lineRule="exact"/>
      </w:pPr>
    </w:p>
    <w:p w:rsidR="000F1464" w:rsidRPr="009B0036" w:rsidRDefault="00C47AC7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0F1464" w:rsidRPr="009B0036" w:rsidRDefault="00C47AC7">
      <w:pPr>
        <w:autoSpaceDE w:val="0"/>
        <w:autoSpaceDN w:val="0"/>
        <w:spacing w:before="670" w:after="0" w:line="230" w:lineRule="auto"/>
        <w:ind w:left="1632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спорта Республики Карелия</w:t>
      </w:r>
    </w:p>
    <w:p w:rsidR="000F1464" w:rsidRDefault="00C47AC7">
      <w:pPr>
        <w:autoSpaceDE w:val="0"/>
        <w:autoSpaceDN w:val="0"/>
        <w:spacing w:before="670" w:after="0" w:line="230" w:lineRule="auto"/>
        <w:ind w:left="19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МКОУ Сортавальского МР РК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Вяртсильская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 СОШ</w:t>
      </w:r>
    </w:p>
    <w:p w:rsidR="005353FD" w:rsidRPr="009B0036" w:rsidRDefault="005353FD" w:rsidP="005353FD">
      <w:pPr>
        <w:autoSpaceDE w:val="0"/>
        <w:autoSpaceDN w:val="0"/>
        <w:spacing w:before="670" w:after="0" w:line="230" w:lineRule="auto"/>
        <w:rPr>
          <w:lang w:val="ru-RU"/>
        </w:rPr>
      </w:pPr>
      <w:r w:rsidRPr="005353FD">
        <w:rPr>
          <w:rFonts w:ascii="Times New Roman" w:eastAsia="Times New Roman" w:hAnsi="Times New Roman"/>
          <w:color w:val="000000"/>
          <w:sz w:val="24"/>
          <w:lang w:val="ru-RU"/>
        </w:rPr>
        <w:drawing>
          <wp:inline distT="0" distB="0" distL="0" distR="0">
            <wp:extent cx="6089650" cy="1680585"/>
            <wp:effectExtent l="19050" t="0" r="6350" b="0"/>
            <wp:docPr id="1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650" cy="168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464" w:rsidRPr="009B0036" w:rsidRDefault="00C47AC7">
      <w:pPr>
        <w:autoSpaceDE w:val="0"/>
        <w:autoSpaceDN w:val="0"/>
        <w:spacing w:before="1038" w:after="0" w:line="262" w:lineRule="auto"/>
        <w:ind w:left="3024" w:right="3600"/>
        <w:jc w:val="center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4697727)</w:t>
      </w:r>
    </w:p>
    <w:p w:rsidR="000F1464" w:rsidRPr="009B0036" w:rsidRDefault="00C47AC7">
      <w:pPr>
        <w:autoSpaceDE w:val="0"/>
        <w:autoSpaceDN w:val="0"/>
        <w:spacing w:before="166" w:after="0" w:line="262" w:lineRule="auto"/>
        <w:ind w:left="3600" w:right="3888"/>
        <w:jc w:val="center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«Музыка»</w:t>
      </w:r>
    </w:p>
    <w:p w:rsidR="000F1464" w:rsidRPr="009B0036" w:rsidRDefault="00C47AC7">
      <w:pPr>
        <w:autoSpaceDE w:val="0"/>
        <w:autoSpaceDN w:val="0"/>
        <w:spacing w:before="670" w:after="0" w:line="262" w:lineRule="auto"/>
        <w:ind w:left="2160" w:right="2592"/>
        <w:jc w:val="center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для 1 класса начального общего образования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0F1464" w:rsidRPr="009B0036" w:rsidRDefault="00C47AC7">
      <w:pPr>
        <w:tabs>
          <w:tab w:val="left" w:pos="7928"/>
        </w:tabs>
        <w:autoSpaceDE w:val="0"/>
        <w:autoSpaceDN w:val="0"/>
        <w:spacing w:before="2112" w:after="0" w:line="262" w:lineRule="auto"/>
        <w:ind w:left="524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Тугарина Елена Николаевна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учитель музыки</w:t>
      </w:r>
    </w:p>
    <w:p w:rsidR="000F1464" w:rsidRPr="009B0036" w:rsidRDefault="00C47AC7">
      <w:pPr>
        <w:autoSpaceDE w:val="0"/>
        <w:autoSpaceDN w:val="0"/>
        <w:spacing w:before="2830" w:after="0" w:line="230" w:lineRule="auto"/>
        <w:ind w:right="4074"/>
        <w:jc w:val="right"/>
        <w:rPr>
          <w:lang w:val="ru-RU"/>
        </w:rPr>
      </w:pP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пгт</w:t>
      </w:r>
      <w:proofErr w:type="gram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.В</w:t>
      </w:r>
      <w:proofErr w:type="gram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яртсиля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0F1464" w:rsidRPr="009B0036" w:rsidRDefault="000F1464">
      <w:pPr>
        <w:rPr>
          <w:lang w:val="ru-RU"/>
        </w:rPr>
        <w:sectPr w:rsidR="000F1464" w:rsidRPr="009B0036">
          <w:pgSz w:w="11900" w:h="16840"/>
          <w:pgMar w:top="298" w:right="870" w:bottom="402" w:left="1440" w:header="720" w:footer="720" w:gutter="0"/>
          <w:cols w:space="720" w:equalWidth="0">
            <w:col w:w="9590" w:space="0"/>
          </w:cols>
          <w:docGrid w:linePitch="360"/>
        </w:sectPr>
      </w:pPr>
      <w:bookmarkStart w:id="0" w:name="_GoBack"/>
      <w:bookmarkEnd w:id="0"/>
    </w:p>
    <w:p w:rsidR="000F1464" w:rsidRPr="009B0036" w:rsidRDefault="000F1464">
      <w:pPr>
        <w:rPr>
          <w:lang w:val="ru-RU"/>
        </w:rPr>
        <w:sectPr w:rsidR="000F1464" w:rsidRPr="009B0036">
          <w:pgSz w:w="11900" w:h="16840"/>
          <w:pgMar w:top="1440" w:right="1440" w:bottom="1440" w:left="1440" w:header="720" w:footer="720" w:gutter="0"/>
          <w:cols w:space="720" w:equalWidth="0">
            <w:col w:w="9590" w:space="0"/>
          </w:cols>
          <w:docGrid w:linePitch="360"/>
        </w:sectPr>
      </w:pPr>
    </w:p>
    <w:p w:rsidR="000F1464" w:rsidRPr="009B0036" w:rsidRDefault="000F1464">
      <w:pPr>
        <w:autoSpaceDE w:val="0"/>
        <w:autoSpaceDN w:val="0"/>
        <w:spacing w:after="78" w:line="220" w:lineRule="exact"/>
        <w:rPr>
          <w:lang w:val="ru-RU"/>
        </w:rPr>
      </w:pPr>
    </w:p>
    <w:p w:rsidR="000F1464" w:rsidRPr="009B0036" w:rsidRDefault="00C47AC7">
      <w:pPr>
        <w:autoSpaceDE w:val="0"/>
        <w:autoSpaceDN w:val="0"/>
        <w:spacing w:after="0" w:line="230" w:lineRule="auto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0F1464" w:rsidRPr="009B0036" w:rsidRDefault="00C47AC7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представленной в Примерной про-грамме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при освоении предметной области «Искусство» (Музыка).</w:t>
      </w:r>
    </w:p>
    <w:p w:rsidR="000F1464" w:rsidRPr="009B0036" w:rsidRDefault="00C47AC7">
      <w:pPr>
        <w:autoSpaceDE w:val="0"/>
        <w:autoSpaceDN w:val="0"/>
        <w:spacing w:before="262" w:after="0" w:line="230" w:lineRule="auto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0F1464" w:rsidRPr="009B0036" w:rsidRDefault="00C47AC7">
      <w:pPr>
        <w:autoSpaceDE w:val="0"/>
        <w:autoSpaceDN w:val="0"/>
        <w:spacing w:before="166" w:after="0" w:line="271" w:lineRule="auto"/>
        <w:ind w:right="576" w:firstLine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0F1464" w:rsidRPr="009B0036" w:rsidRDefault="00C47AC7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музицирование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 — пение, игра на доступных музыкальных инструментах, различные формы музыкального движения. В ходе активной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F1464" w:rsidRPr="009B0036" w:rsidRDefault="00C47AC7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:rsidR="000F1464" w:rsidRPr="009B0036" w:rsidRDefault="00C47AC7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0F1464" w:rsidRPr="009B0036" w:rsidRDefault="00C47AC7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Медушевский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недирективным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0F1464" w:rsidRPr="009B0036" w:rsidRDefault="00C47AC7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0F1464" w:rsidRPr="009B0036" w:rsidRDefault="00C47AC7">
      <w:pPr>
        <w:autoSpaceDE w:val="0"/>
        <w:autoSpaceDN w:val="0"/>
        <w:spacing w:before="70" w:after="0"/>
        <w:ind w:firstLine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0F1464" w:rsidRPr="009B0036" w:rsidRDefault="000F1464">
      <w:pPr>
        <w:rPr>
          <w:lang w:val="ru-RU"/>
        </w:rPr>
        <w:sectPr w:rsidR="000F1464" w:rsidRPr="009B0036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1464" w:rsidRPr="009B0036" w:rsidRDefault="000F1464">
      <w:pPr>
        <w:autoSpaceDE w:val="0"/>
        <w:autoSpaceDN w:val="0"/>
        <w:spacing w:after="72" w:line="220" w:lineRule="exact"/>
        <w:rPr>
          <w:lang w:val="ru-RU"/>
        </w:rPr>
      </w:pPr>
    </w:p>
    <w:p w:rsidR="000F1464" w:rsidRPr="009B0036" w:rsidRDefault="00C47AC7">
      <w:pPr>
        <w:autoSpaceDE w:val="0"/>
        <w:autoSpaceDN w:val="0"/>
        <w:spacing w:after="0" w:line="230" w:lineRule="auto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элементов музыкального языка, композиционных принципов.</w:t>
      </w:r>
    </w:p>
    <w:p w:rsidR="000F1464" w:rsidRPr="009B0036" w:rsidRDefault="00C47AC7">
      <w:pPr>
        <w:autoSpaceDE w:val="0"/>
        <w:autoSpaceDN w:val="0"/>
        <w:spacing w:before="262" w:after="0" w:line="230" w:lineRule="auto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0F1464" w:rsidRPr="009B0036" w:rsidRDefault="00C47AC7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самоценности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0F1464" w:rsidRPr="009B0036" w:rsidRDefault="00C47AC7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9B0036">
        <w:rPr>
          <w:lang w:val="ru-RU"/>
        </w:rPr>
        <w:br/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музицированию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F1464" w:rsidRPr="009B0036" w:rsidRDefault="00C47AC7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в начальной школе являются: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1. Формирование эмоционально-ценностной отзывчивости на прекрасное в жизни и в искусстве.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F1464" w:rsidRPr="009B0036" w:rsidRDefault="00C47AC7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0F1464" w:rsidRPr="009B0036" w:rsidRDefault="00C47AC7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5. Овладение предметными умениями и навыками в различных видах практического </w:t>
      </w:r>
      <w:r w:rsidRPr="009B0036">
        <w:rPr>
          <w:lang w:val="ru-RU"/>
        </w:rPr>
        <w:br/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. Введение ребёнка в искусство через разнообразие видов музыкальной деятельности, в том числе: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а) Слушание (воспитание грамотного слушателя);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(пение, игра на доступных музыкальных инструментах);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в) Сочинение (элементы импровизации, композиции, аранжировки);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д) Исследовательские и творческие проекты.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7. 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0F1464" w:rsidRPr="009B0036" w:rsidRDefault="00C47AC7">
      <w:pPr>
        <w:autoSpaceDE w:val="0"/>
        <w:autoSpaceDN w:val="0"/>
        <w:spacing w:before="262" w:after="0" w:line="230" w:lineRule="auto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0F1464" w:rsidRPr="009B0036" w:rsidRDefault="00C47AC7">
      <w:pPr>
        <w:autoSpaceDE w:val="0"/>
        <w:autoSpaceDN w:val="0"/>
        <w:spacing w:before="166" w:after="0" w:line="230" w:lineRule="auto"/>
        <w:jc w:val="center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0F1464" w:rsidRPr="009B0036" w:rsidRDefault="000F1464">
      <w:pPr>
        <w:rPr>
          <w:lang w:val="ru-RU"/>
        </w:rPr>
        <w:sectPr w:rsidR="000F1464" w:rsidRPr="009B0036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0F1464" w:rsidRPr="009B0036" w:rsidRDefault="000F1464">
      <w:pPr>
        <w:autoSpaceDE w:val="0"/>
        <w:autoSpaceDN w:val="0"/>
        <w:spacing w:after="72" w:line="220" w:lineRule="exact"/>
        <w:rPr>
          <w:lang w:val="ru-RU"/>
        </w:rPr>
      </w:pPr>
    </w:p>
    <w:p w:rsidR="000F1464" w:rsidRPr="009B0036" w:rsidRDefault="00C47AC7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включительно. </w:t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области«Искусство» на протяжении всего курса школьного обучения: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«Музыкальная грамота»;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«Народная музыка России»;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«Духовная музыка»;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«Классическая музыка»;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«Современная музыкальная культура»;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«Музыка театра и кино»;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модуль № 8 «Музыка в жизни человека».</w:t>
      </w:r>
    </w:p>
    <w:p w:rsidR="000F1464" w:rsidRPr="009B0036" w:rsidRDefault="00C47AC7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социо-культурную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 деятельность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связях с такими дисциплинами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программы, как «Изобразительное искусство», «Литературное чтение»,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«Окружающий мир», «Основы религиозной культуры и светской этики», «Иностранный язык» и др.</w:t>
      </w:r>
    </w:p>
    <w:p w:rsidR="000F1464" w:rsidRPr="009B0036" w:rsidRDefault="00C47AC7">
      <w:pPr>
        <w:autoSpaceDE w:val="0"/>
        <w:autoSpaceDN w:val="0"/>
        <w:spacing w:before="190" w:after="0" w:line="262" w:lineRule="auto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предмета «Музыка» в 1 классе составляет 33 часов (не менее 1 часа в неделю).</w:t>
      </w:r>
    </w:p>
    <w:p w:rsidR="000F1464" w:rsidRPr="009B0036" w:rsidRDefault="000F1464">
      <w:pPr>
        <w:rPr>
          <w:lang w:val="ru-RU"/>
        </w:rPr>
        <w:sectPr w:rsidR="000F1464" w:rsidRPr="009B0036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0F1464" w:rsidRPr="009B0036" w:rsidRDefault="000F1464">
      <w:pPr>
        <w:autoSpaceDE w:val="0"/>
        <w:autoSpaceDN w:val="0"/>
        <w:spacing w:after="78" w:line="220" w:lineRule="exact"/>
        <w:rPr>
          <w:lang w:val="ru-RU"/>
        </w:rPr>
      </w:pPr>
    </w:p>
    <w:p w:rsidR="000F1464" w:rsidRPr="009B0036" w:rsidRDefault="00C47AC7">
      <w:pPr>
        <w:autoSpaceDE w:val="0"/>
        <w:autoSpaceDN w:val="0"/>
        <w:spacing w:after="0" w:line="230" w:lineRule="auto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0F1464" w:rsidRPr="009B0036" w:rsidRDefault="00C47AC7">
      <w:pPr>
        <w:autoSpaceDE w:val="0"/>
        <w:autoSpaceDN w:val="0"/>
        <w:spacing w:before="346" w:after="0" w:line="262" w:lineRule="auto"/>
        <w:ind w:left="180" w:right="5472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«МУЗЫКА В ЖИЗНИ ЧЕЛОВЕКА»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Красота и вдохновение. 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Стремление человека к красоте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 </w:t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пейзажи.</w:t>
      </w:r>
    </w:p>
    <w:p w:rsidR="000F1464" w:rsidRPr="009B0036" w:rsidRDefault="00C47AC7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словами.</w:t>
      </w:r>
    </w:p>
    <w:p w:rsidR="000F1464" w:rsidRPr="009B0036" w:rsidRDefault="00C47AC7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портреты.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F1464" w:rsidRPr="009B0036" w:rsidRDefault="00C47AC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Какой же праздник без музыки?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Музыка, создающая настроение праздника. Музыка в цирке, на уличном шествии, спортивном празднике.</w:t>
      </w:r>
    </w:p>
    <w:p w:rsidR="000F1464" w:rsidRPr="009B0036" w:rsidRDefault="00C47AC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 на войне, музыка о войне</w:t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</w:t>
      </w:r>
    </w:p>
    <w:p w:rsidR="000F1464" w:rsidRPr="009B0036" w:rsidRDefault="00C47AC7">
      <w:pPr>
        <w:autoSpaceDE w:val="0"/>
        <w:autoSpaceDN w:val="0"/>
        <w:spacing w:before="190" w:after="0" w:line="262" w:lineRule="auto"/>
        <w:ind w:left="180" w:right="5472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«НАРОДНАЯ МУЗЫКА РОССИИ»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Край, в котором ты живёшь</w:t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F1464" w:rsidRPr="009B0036" w:rsidRDefault="00C47AC7">
      <w:pPr>
        <w:autoSpaceDE w:val="0"/>
        <w:autoSpaceDN w:val="0"/>
        <w:spacing w:before="70" w:after="0" w:line="262" w:lineRule="auto"/>
        <w:ind w:left="180" w:right="1728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Музыкальные традиции малой Родины. Песни, обряды, музыкальные инструменты </w:t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Русский фольклор.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заклички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, считалки, прибаутки)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Русские народные музыкальные инструменты.</w:t>
      </w:r>
    </w:p>
    <w:p w:rsidR="000F1464" w:rsidRPr="009B0036" w:rsidRDefault="00C47AC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Народные музыкальные инструменты (балалайка, рожок, свирель, гусли, гармонь, ложки).</w:t>
      </w:r>
    </w:p>
    <w:p w:rsidR="000F1464" w:rsidRPr="009B0036" w:rsidRDefault="00C47AC7">
      <w:pPr>
        <w:autoSpaceDE w:val="0"/>
        <w:autoSpaceDN w:val="0"/>
        <w:spacing w:before="70" w:after="0" w:line="230" w:lineRule="auto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Инструментальные наигрыши. Плясовые мелодии.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Сказки, мифы и легенды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Народные сказители. Русские народные сказания, былины. Эпос народов России2. Сказки и легенды о музыке и музыкантах</w:t>
      </w:r>
    </w:p>
    <w:p w:rsidR="000F1464" w:rsidRPr="009B0036" w:rsidRDefault="00C47AC7">
      <w:pPr>
        <w:autoSpaceDE w:val="0"/>
        <w:autoSpaceDN w:val="0"/>
        <w:spacing w:before="192" w:after="0" w:line="262" w:lineRule="auto"/>
        <w:ind w:left="180" w:right="5904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spellStart"/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>одуль</w:t>
      </w:r>
      <w:proofErr w:type="spellEnd"/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«МУЗЫКАЛЬНАЯ ГРАМОТА»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Весь мир звучит</w:t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F1464" w:rsidRPr="009B0036" w:rsidRDefault="00C47AC7">
      <w:pPr>
        <w:autoSpaceDE w:val="0"/>
        <w:autoSpaceDN w:val="0"/>
        <w:spacing w:before="70" w:after="0" w:line="262" w:lineRule="auto"/>
        <w:ind w:left="180" w:right="1152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Звуки музыкальные и шумовые. Свойства звука: высота, громкость, длительность, тембр. </w:t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Звукоряд.</w:t>
      </w:r>
    </w:p>
    <w:p w:rsidR="000F1464" w:rsidRPr="009B0036" w:rsidRDefault="00C47AC7">
      <w:pPr>
        <w:autoSpaceDE w:val="0"/>
        <w:autoSpaceDN w:val="0"/>
        <w:spacing w:before="70" w:after="0" w:line="262" w:lineRule="auto"/>
        <w:ind w:left="180" w:right="4752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Нотный стан, скрипичный ключ. Ноты первой октавы </w:t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Ритм.</w:t>
      </w:r>
    </w:p>
    <w:p w:rsidR="000F1464" w:rsidRPr="009B0036" w:rsidRDefault="00C47AC7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Звуки длинные и короткие (восьмые и четвертные длительности), такт, тактовая черта </w:t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Ритмический рисунок.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Длительности половинная, целая, шестнадцатые. Паузы. Ритмические рисунки. Ритмическая партитура.</w:t>
      </w:r>
    </w:p>
    <w:p w:rsidR="000F1464" w:rsidRPr="009B0036" w:rsidRDefault="00C47AC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Высота звуков.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Регистры. Ноты певческого диапазона. Расположение нот на клавиатуре. Знаки альтерации</w:t>
      </w:r>
      <w:proofErr w:type="gram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.(</w:t>
      </w:r>
      <w:proofErr w:type="gram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диезы, бемоли, бекары).</w:t>
      </w:r>
    </w:p>
    <w:p w:rsidR="000F1464" w:rsidRPr="009B0036" w:rsidRDefault="00C47AC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"КЛАССИЧЕСКАЯ МУЗЫКА"</w:t>
      </w:r>
    </w:p>
    <w:p w:rsidR="000F1464" w:rsidRPr="009B0036" w:rsidRDefault="000F1464">
      <w:pPr>
        <w:rPr>
          <w:lang w:val="ru-RU"/>
        </w:rPr>
        <w:sectPr w:rsidR="000F1464" w:rsidRPr="009B0036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1464" w:rsidRPr="009B0036" w:rsidRDefault="000F1464">
      <w:pPr>
        <w:autoSpaceDE w:val="0"/>
        <w:autoSpaceDN w:val="0"/>
        <w:spacing w:after="78" w:line="220" w:lineRule="exact"/>
        <w:rPr>
          <w:lang w:val="ru-RU"/>
        </w:rPr>
      </w:pPr>
    </w:p>
    <w:p w:rsidR="000F1464" w:rsidRPr="009B0036" w:rsidRDefault="00C47AC7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Композиторы — детям.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71" w:lineRule="auto"/>
        <w:ind w:right="1152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Детская музыка П. И. Чайковского, С. С. Прокофьева, Д. Б.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Кабалевского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 Понятие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жанра.Песня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, танец, марш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Оркестр</w:t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Оркестр — большой коллектив музыкантов. Дирижёр, партитура, репетиция. Жанр концерта —музыкальное соревнование солиста с оркестром.</w:t>
      </w:r>
    </w:p>
    <w:p w:rsidR="000F1464" w:rsidRPr="009B0036" w:rsidRDefault="00C47AC7">
      <w:pPr>
        <w:autoSpaceDE w:val="0"/>
        <w:autoSpaceDN w:val="0"/>
        <w:spacing w:before="62" w:after="0" w:line="240" w:lineRule="auto"/>
        <w:ind w:left="180"/>
        <w:rPr>
          <w:lang w:val="ru-RU"/>
        </w:rPr>
      </w:pP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Форте</w:t>
      </w:r>
      <w:r w:rsidRPr="009B0036">
        <w:rPr>
          <w:rFonts w:ascii="DejaVu Serif" w:eastAsia="DejaVu Serif" w:hAnsi="DejaVu Serif"/>
          <w:color w:val="000000"/>
          <w:sz w:val="24"/>
          <w:lang w:val="ru-RU"/>
        </w:rPr>
        <w:t>​</w:t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пиано</w:t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64" w:after="0" w:line="262" w:lineRule="auto"/>
        <w:ind w:right="576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синте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​затор).</w:t>
      </w:r>
    </w:p>
    <w:p w:rsidR="000F1464" w:rsidRPr="009B0036" w:rsidRDefault="00C47AC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Флейта.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Предки современной флейты. Легенда о нимфе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Сиринкс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. Музыка для флейты соло, флейты в сопровождении фортепиано, оркестра.</w:t>
      </w:r>
    </w:p>
    <w:p w:rsidR="000F1464" w:rsidRPr="009B0036" w:rsidRDefault="00C47AC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Скрипка, виолончель</w:t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0F1464" w:rsidRPr="009B0036" w:rsidRDefault="00C47AC7">
      <w:pPr>
        <w:autoSpaceDE w:val="0"/>
        <w:autoSpaceDN w:val="0"/>
        <w:spacing w:before="190" w:after="0" w:line="262" w:lineRule="auto"/>
        <w:ind w:left="180" w:right="6480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"ДУХОВНАЯ МУЗЫКА"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Песни верующих.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Молитва, хорал, песнопение, духовный стих. Образы духовной музыки в творчестве композиторов-классиков.</w:t>
      </w:r>
    </w:p>
    <w:p w:rsidR="000F1464" w:rsidRPr="009B0036" w:rsidRDefault="00C47AC7">
      <w:pPr>
        <w:autoSpaceDE w:val="0"/>
        <w:autoSpaceDN w:val="0"/>
        <w:spacing w:before="190" w:after="0" w:line="262" w:lineRule="auto"/>
        <w:ind w:left="180" w:right="5904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"МУЗЫКА НАРОДОВ МИРА"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 наших соседей.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Фольклор и музыкальные традиции Белоруссии, Украины, Прибалтики (песни, танцы, обычаи, музыкальные инструменты).</w:t>
      </w:r>
    </w:p>
    <w:p w:rsidR="000F1464" w:rsidRPr="009B0036" w:rsidRDefault="00C47AC7">
      <w:pPr>
        <w:autoSpaceDE w:val="0"/>
        <w:autoSpaceDN w:val="0"/>
        <w:spacing w:before="190" w:after="0" w:line="262" w:lineRule="auto"/>
        <w:ind w:left="180" w:right="5904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"МУЗЫКА ТЕАТРА И КИНО"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Музыкальная сказка на сцене, на экране.</w:t>
      </w:r>
    </w:p>
    <w:p w:rsidR="000F1464" w:rsidRPr="009B0036" w:rsidRDefault="00C47AC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Характеры персонажей, отражённые в музыке. Тембр голоса. Соло. Хор, ансамбль.</w:t>
      </w:r>
    </w:p>
    <w:p w:rsidR="000F1464" w:rsidRPr="009B0036" w:rsidRDefault="000F1464">
      <w:pPr>
        <w:rPr>
          <w:lang w:val="ru-RU"/>
        </w:rPr>
        <w:sectPr w:rsidR="000F1464" w:rsidRPr="009B0036">
          <w:pgSz w:w="11900" w:h="16840"/>
          <w:pgMar w:top="298" w:right="778" w:bottom="1440" w:left="666" w:header="720" w:footer="720" w:gutter="0"/>
          <w:cols w:space="720" w:equalWidth="0">
            <w:col w:w="10456" w:space="0"/>
          </w:cols>
          <w:docGrid w:linePitch="360"/>
        </w:sectPr>
      </w:pPr>
    </w:p>
    <w:p w:rsidR="000F1464" w:rsidRPr="009B0036" w:rsidRDefault="000F1464">
      <w:pPr>
        <w:autoSpaceDE w:val="0"/>
        <w:autoSpaceDN w:val="0"/>
        <w:spacing w:after="78" w:line="220" w:lineRule="exact"/>
        <w:rPr>
          <w:lang w:val="ru-RU"/>
        </w:rPr>
      </w:pPr>
    </w:p>
    <w:p w:rsidR="000F1464" w:rsidRPr="009B0036" w:rsidRDefault="00C47AC7">
      <w:pPr>
        <w:autoSpaceDE w:val="0"/>
        <w:autoSpaceDN w:val="0"/>
        <w:spacing w:after="0" w:line="230" w:lineRule="auto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предметных.</w:t>
      </w:r>
    </w:p>
    <w:p w:rsidR="000F1464" w:rsidRPr="009B0036" w:rsidRDefault="00C47AC7">
      <w:pPr>
        <w:autoSpaceDE w:val="0"/>
        <w:autoSpaceDN w:val="0"/>
        <w:spacing w:before="262" w:after="0" w:line="230" w:lineRule="auto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166" w:after="0" w:line="286" w:lineRule="auto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музыке для начального общего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достигаются во взаимодействии учебной и воспитательной работы, урочной и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Гражданско-патриотического воспитания: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идентичности; знание Гимна России и традиций его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/>
        <w:ind w:right="1152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2" w:after="0"/>
        <w:ind w:right="288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0F1464" w:rsidRPr="009B0036" w:rsidRDefault="00C47AC7">
      <w:pPr>
        <w:autoSpaceDE w:val="0"/>
        <w:autoSpaceDN w:val="0"/>
        <w:spacing w:before="70" w:after="0" w:line="262" w:lineRule="auto"/>
        <w:ind w:left="180" w:right="2592"/>
        <w:rPr>
          <w:lang w:val="ru-RU"/>
        </w:rPr>
      </w:pPr>
      <w:r w:rsidRPr="009B003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природе; неприятие действий, приносящих ей вред.</w:t>
      </w:r>
    </w:p>
    <w:p w:rsidR="000F1464" w:rsidRPr="009B0036" w:rsidRDefault="00C47AC7">
      <w:pPr>
        <w:autoSpaceDE w:val="0"/>
        <w:autoSpaceDN w:val="0"/>
        <w:spacing w:before="262" w:after="0" w:line="230" w:lineRule="auto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9B0036">
        <w:rPr>
          <w:lang w:val="ru-RU"/>
        </w:rPr>
        <w:tab/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основной образовательной программы, формируемые при изучении предмета «Музыка»: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>1. Овладение универсальными познавательными действиями.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0F1464" w:rsidRPr="009B0036" w:rsidRDefault="000F1464">
      <w:pPr>
        <w:rPr>
          <w:lang w:val="ru-RU"/>
        </w:rPr>
        <w:sectPr w:rsidR="000F1464" w:rsidRPr="009B0036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1464" w:rsidRPr="009B0036" w:rsidRDefault="000F1464">
      <w:pPr>
        <w:autoSpaceDE w:val="0"/>
        <w:autoSpaceDN w:val="0"/>
        <w:spacing w:after="78" w:line="220" w:lineRule="exact"/>
        <w:rPr>
          <w:lang w:val="ru-RU"/>
        </w:rPr>
      </w:pPr>
    </w:p>
    <w:p w:rsidR="000F1464" w:rsidRPr="009B0036" w:rsidRDefault="00C47AC7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2" w:after="0" w:line="288" w:lineRule="auto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исполнительских навыков;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причина — следствие);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классификации, сравнения, исследования);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текстовую, видео-, графическую, звуковую, информацию в соответствии с учебной задачей;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музыкальные тексты (акустические и нотные) по предложенному учителем алгоритму;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создавать схемы, таблицы для представления информации.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Невербальная коммуникация: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как специфическую форму общения людей, стремиться понять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эмоционально-образное содержание музыкального высказывания;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выступать перед публикой в качестве исполнителя музыки (соло или в коллективе);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передавать в собственном исполнении музыки художественное содержание, выражать настроение,</w:t>
      </w:r>
    </w:p>
    <w:p w:rsidR="000F1464" w:rsidRPr="009B0036" w:rsidRDefault="000F1464">
      <w:pPr>
        <w:rPr>
          <w:lang w:val="ru-RU"/>
        </w:rPr>
        <w:sectPr w:rsidR="000F1464" w:rsidRPr="009B0036">
          <w:pgSz w:w="11900" w:h="16840"/>
          <w:pgMar w:top="298" w:right="720" w:bottom="428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0F1464" w:rsidRPr="009B0036" w:rsidRDefault="000F1464">
      <w:pPr>
        <w:autoSpaceDE w:val="0"/>
        <w:autoSpaceDN w:val="0"/>
        <w:spacing w:after="66" w:line="220" w:lineRule="exact"/>
        <w:rPr>
          <w:lang w:val="ru-RU"/>
        </w:rPr>
      </w:pPr>
    </w:p>
    <w:p w:rsidR="000F1464" w:rsidRPr="009B0036" w:rsidRDefault="00C47AC7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чувства, личное отношение к исполняемому произведению;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Вербальная коммуникация: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речевое высказывание в соответствии с поставленной задачей;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 (сотрудничество):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стремиться к объединению усилий, эмоциональной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эмпатии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 в ситуациях совместного восприятия, исполнения музыки;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0F1464" w:rsidRPr="009B0036" w:rsidRDefault="00C47AC7">
      <w:pPr>
        <w:autoSpaceDE w:val="0"/>
        <w:autoSpaceDN w:val="0"/>
        <w:spacing w:before="70" w:after="0"/>
        <w:ind w:left="180" w:right="2304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регулятивными действиями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Самоорганизация: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0F1464" w:rsidRPr="009B0036" w:rsidRDefault="00C47AC7">
      <w:pPr>
        <w:autoSpaceDE w:val="0"/>
        <w:autoSpaceDN w:val="0"/>
        <w:spacing w:before="72" w:after="0" w:line="271" w:lineRule="auto"/>
        <w:ind w:left="180" w:right="360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Самоконтроль: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0F1464" w:rsidRPr="009B0036" w:rsidRDefault="00C47AC7">
      <w:pPr>
        <w:autoSpaceDE w:val="0"/>
        <w:autoSpaceDN w:val="0"/>
        <w:spacing w:before="70" w:after="0"/>
        <w:ind w:firstLine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0F1464" w:rsidRPr="009B0036" w:rsidRDefault="00C47AC7">
      <w:pPr>
        <w:autoSpaceDE w:val="0"/>
        <w:autoSpaceDN w:val="0"/>
        <w:spacing w:before="262" w:after="0" w:line="230" w:lineRule="auto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F1464" w:rsidRPr="009B0036" w:rsidRDefault="00C47AC7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F1464" w:rsidRPr="009B0036" w:rsidRDefault="00C47AC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Обучающиеся, освоившие основную образовательную программу по предмету «Музыка»:</w:t>
      </w:r>
    </w:p>
    <w:p w:rsidR="000F1464" w:rsidRPr="009B0036" w:rsidRDefault="000F1464">
      <w:pPr>
        <w:rPr>
          <w:lang w:val="ru-RU"/>
        </w:rPr>
        <w:sectPr w:rsidR="000F1464" w:rsidRPr="009B0036">
          <w:pgSz w:w="11900" w:h="16840"/>
          <w:pgMar w:top="286" w:right="674" w:bottom="402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0F1464" w:rsidRPr="009B0036" w:rsidRDefault="000F1464">
      <w:pPr>
        <w:autoSpaceDE w:val="0"/>
        <w:autoSpaceDN w:val="0"/>
        <w:spacing w:after="78" w:line="220" w:lineRule="exact"/>
        <w:rPr>
          <w:lang w:val="ru-RU"/>
        </w:rPr>
      </w:pPr>
    </w:p>
    <w:p w:rsidR="000F1464" w:rsidRPr="009B0036" w:rsidRDefault="00C47AC7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сознательно стремятся к развитию своих музыкальных способностей;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 уважением относятся к достижениям отечественной музыкальной культуры;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стремятся к расширению своего музыкального кругозора.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умений: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в жизни человека»: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танцевальность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маршевость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 (связь с движением),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декламационность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, эпос (связь со словом);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потребностей.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«Народная музыка России»: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и называть знакомые народные музыкальные инструменты;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звукоизвлечения</w:t>
      </w:r>
      <w:proofErr w:type="spellEnd"/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: духовые, ударные, струнные;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музыкальных произведений и их фрагментов к композиторскому или народному творчеству;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ритмический аккомпанемент на ударных инструментах при исполнении народной песни; </w:t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народные произведения различных жанров с сопровождением и без сопровождения; </w:t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«Музыкальная грамота»: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звуки: шумовые и музыкальные, длинные, короткие, тихие, громкие, низкие, высокие;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принципы развития: повтор, контраст, варьирование;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:rsidR="000F1464" w:rsidRPr="009B0036" w:rsidRDefault="000F1464">
      <w:pPr>
        <w:rPr>
          <w:lang w:val="ru-RU"/>
        </w:rPr>
        <w:sectPr w:rsidR="000F1464" w:rsidRPr="009B0036">
          <w:pgSz w:w="11900" w:h="16840"/>
          <w:pgMar w:top="298" w:right="662" w:bottom="416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0F1464" w:rsidRPr="009B0036" w:rsidRDefault="000F1464">
      <w:pPr>
        <w:autoSpaceDE w:val="0"/>
        <w:autoSpaceDN w:val="0"/>
        <w:spacing w:after="78" w:line="220" w:lineRule="exact"/>
        <w:rPr>
          <w:lang w:val="ru-RU"/>
        </w:rPr>
      </w:pPr>
    </w:p>
    <w:p w:rsidR="000F1464" w:rsidRPr="009B0036" w:rsidRDefault="00C47AC7">
      <w:pPr>
        <w:autoSpaceDE w:val="0"/>
        <w:autoSpaceDN w:val="0"/>
        <w:spacing w:after="0" w:line="271" w:lineRule="auto"/>
        <w:ind w:left="180" w:right="3312"/>
        <w:rPr>
          <w:lang w:val="ru-RU"/>
        </w:rPr>
      </w:pP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нотной записи в пределах певческого диапазона; исполнять и создавать различные ритмические рисунки;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исполнять песни с простым мелодическим рисунком.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«Классическая музыка»: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классической музыки, называть автора и произведение,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исполнительский состав;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фрагментарно, отдельными темами) сочинения композиторов-классиков; </w:t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выразительные средства, использованные композитором для создания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музыкального образа;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«Духовная музыка»: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доступные образцы духовной музыки;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народов мира»: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и исполнять произведения народной и композиторской музыки других стран; </w:t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 </w:t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F1464" w:rsidRPr="009B0036" w:rsidRDefault="00C47AC7">
      <w:pPr>
        <w:tabs>
          <w:tab w:val="left" w:pos="180"/>
        </w:tabs>
        <w:autoSpaceDE w:val="0"/>
        <w:autoSpaceDN w:val="0"/>
        <w:spacing w:before="192" w:after="0" w:line="286" w:lineRule="auto"/>
        <w:rPr>
          <w:lang w:val="ru-RU"/>
        </w:rPr>
      </w:pP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театра и кино»: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и называть особенности музыкально-сценических жанров (опера, балет, оперетта, мюзикл);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 </w:t>
      </w:r>
      <w:r w:rsidRPr="009B0036">
        <w:rPr>
          <w:lang w:val="ru-RU"/>
        </w:rPr>
        <w:br/>
      </w:r>
      <w:r w:rsidRPr="009B0036">
        <w:rPr>
          <w:lang w:val="ru-RU"/>
        </w:rPr>
        <w:tab/>
      </w:r>
      <w:r w:rsidRPr="009B0036">
        <w:rPr>
          <w:rFonts w:ascii="Times New Roman" w:eastAsia="Times New Roman" w:hAnsi="Times New Roman"/>
          <w:color w:val="000000"/>
          <w:sz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0F1464" w:rsidRPr="009B0036" w:rsidRDefault="000F1464">
      <w:pPr>
        <w:rPr>
          <w:lang w:val="ru-RU"/>
        </w:rPr>
        <w:sectPr w:rsidR="000F1464" w:rsidRPr="009B0036">
          <w:pgSz w:w="11900" w:h="16840"/>
          <w:pgMar w:top="298" w:right="666" w:bottom="102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0F1464" w:rsidRPr="009B0036" w:rsidRDefault="000F1464">
      <w:pPr>
        <w:autoSpaceDE w:val="0"/>
        <w:autoSpaceDN w:val="0"/>
        <w:spacing w:after="64" w:line="220" w:lineRule="exact"/>
        <w:rPr>
          <w:lang w:val="ru-RU"/>
        </w:rPr>
      </w:pPr>
    </w:p>
    <w:p w:rsidR="000F1464" w:rsidRDefault="00C47AC7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774"/>
        <w:gridCol w:w="528"/>
        <w:gridCol w:w="1260"/>
        <w:gridCol w:w="1298"/>
        <w:gridCol w:w="876"/>
        <w:gridCol w:w="660"/>
        <w:gridCol w:w="1262"/>
        <w:gridCol w:w="888"/>
        <w:gridCol w:w="1164"/>
        <w:gridCol w:w="1394"/>
        <w:gridCol w:w="2930"/>
      </w:tblGrid>
      <w:tr w:rsidR="000F1464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C47AC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9B00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2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Репертуар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0F1464">
        <w:trPr>
          <w:trHeight w:hRule="exact" w:val="540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64" w:rsidRDefault="000F1464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64" w:rsidRDefault="000F1464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слушания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пения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64" w:rsidRDefault="000F1464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64" w:rsidRDefault="000F1464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64" w:rsidRDefault="000F1464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  <w:tr w:rsidR="000F1464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Весь мир звучит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Звукоряд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Интонация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Ритмический рисунок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Размер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Музыкальный язык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Высота звуков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Мелодия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Сопровождение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50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Народная музыка России</w:t>
            </w:r>
          </w:p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Русский 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Русские народные музыкальные инструменты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Классическая музыка</w:t>
            </w:r>
          </w:p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— детям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 w:rsidRPr="005353FD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C47AC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B00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4. </w:t>
            </w:r>
            <w:r w:rsidRPr="009B00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театра и кино</w:t>
            </w:r>
          </w:p>
        </w:tc>
      </w:tr>
      <w:tr w:rsidR="000F1464" w:rsidRPr="005353FD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C47AC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9B00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Музыкальная сказка на сцене, на экране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</w:tr>
      <w:tr w:rsidR="000F1464">
        <w:trPr>
          <w:trHeight w:hRule="exact" w:val="5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Балет. Хореография — искусство танца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Народная музыка России</w:t>
            </w:r>
          </w:p>
        </w:tc>
      </w:tr>
      <w:tr w:rsidR="000F1464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Сказки, мифы и легенды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</w:tbl>
    <w:p w:rsidR="000F1464" w:rsidRDefault="000F1464">
      <w:pPr>
        <w:autoSpaceDE w:val="0"/>
        <w:autoSpaceDN w:val="0"/>
        <w:spacing w:after="0" w:line="14" w:lineRule="exact"/>
      </w:pPr>
    </w:p>
    <w:p w:rsidR="000F1464" w:rsidRDefault="000F1464">
      <w:pPr>
        <w:sectPr w:rsidR="000F1464">
          <w:pgSz w:w="16840" w:h="11900"/>
          <w:pgMar w:top="282" w:right="640" w:bottom="31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1464" w:rsidRDefault="000F146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774"/>
        <w:gridCol w:w="528"/>
        <w:gridCol w:w="1260"/>
        <w:gridCol w:w="1298"/>
        <w:gridCol w:w="876"/>
        <w:gridCol w:w="660"/>
        <w:gridCol w:w="1262"/>
        <w:gridCol w:w="888"/>
        <w:gridCol w:w="1164"/>
        <w:gridCol w:w="1394"/>
        <w:gridCol w:w="2930"/>
      </w:tblGrid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Народные праздники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 w:rsidRPr="005353FD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C47AC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B00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6. </w:t>
            </w:r>
            <w:r w:rsidRPr="009B00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портреты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 w:rsidRPr="005353FD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C47AC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B00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Какой же праздник без музыки?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</w:tr>
      <w:tr w:rsidR="000F1464">
        <w:trPr>
          <w:trHeight w:hRule="exact" w:val="350"/>
        </w:trPr>
        <w:tc>
          <w:tcPr>
            <w:tcW w:w="324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Итогопомодулю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73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Классическая музыка</w:t>
            </w:r>
          </w:p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Программная музыка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8. 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Музыкальная грамота</w:t>
            </w:r>
          </w:p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9.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Народная музыка России</w:t>
            </w:r>
          </w:p>
        </w:tc>
      </w:tr>
      <w:tr w:rsidR="000F1464" w:rsidRPr="005353FD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C47AC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B00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Край, в котором ты живёшь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9.2.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Русский 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9.3.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Русские народные музыкальные инструменты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9.4.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Жанры музыкального фольклора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9.5.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Народные праздники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408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 w:rsidRPr="005353FD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C47AC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B00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10. </w:t>
            </w:r>
            <w:r w:rsidRPr="009B00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  <w:tr w:rsidR="000F1464" w:rsidRPr="005353FD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C47AC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B00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Какой же праздник без музыки?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</w:tr>
      <w:tr w:rsidR="000F1464">
        <w:trPr>
          <w:trHeight w:hRule="exact" w:val="348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Классическая музыка</w:t>
            </w:r>
          </w:p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Программная музыка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11.2.</w:t>
            </w:r>
          </w:p>
        </w:tc>
        <w:tc>
          <w:tcPr>
            <w:tcW w:w="27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 Флейта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 w:rsidRPr="005353FD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C47AC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B00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12. </w:t>
            </w:r>
            <w:r w:rsidRPr="009B003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театра и кино</w:t>
            </w:r>
          </w:p>
        </w:tc>
      </w:tr>
      <w:tr w:rsidR="000F1464" w:rsidRPr="005353FD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C47AC7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9B00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0F1464">
            <w:pPr>
              <w:rPr>
                <w:lang w:val="ru-RU"/>
              </w:rPr>
            </w:pPr>
          </w:p>
        </w:tc>
      </w:tr>
      <w:tr w:rsidR="000F1464">
        <w:trPr>
          <w:trHeight w:hRule="exact" w:val="328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</w:tbl>
    <w:p w:rsidR="000F1464" w:rsidRDefault="000F1464">
      <w:pPr>
        <w:autoSpaceDE w:val="0"/>
        <w:autoSpaceDN w:val="0"/>
        <w:spacing w:after="0" w:line="14" w:lineRule="exact"/>
      </w:pPr>
    </w:p>
    <w:p w:rsidR="000F1464" w:rsidRDefault="000F1464">
      <w:pPr>
        <w:sectPr w:rsidR="000F1464">
          <w:pgSz w:w="16840" w:h="11900"/>
          <w:pgMar w:top="284" w:right="640" w:bottom="38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1464" w:rsidRDefault="000F146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774"/>
        <w:gridCol w:w="528"/>
        <w:gridCol w:w="1260"/>
        <w:gridCol w:w="1298"/>
        <w:gridCol w:w="876"/>
        <w:gridCol w:w="660"/>
        <w:gridCol w:w="1262"/>
        <w:gridCol w:w="888"/>
        <w:gridCol w:w="1164"/>
        <w:gridCol w:w="1394"/>
        <w:gridCol w:w="2930"/>
      </w:tblGrid>
      <w:tr w:rsidR="000F1464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народов мира</w:t>
            </w:r>
          </w:p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народов Европы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13.2.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Японии и Китая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348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11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  <w:tr w:rsidR="000F1464">
        <w:trPr>
          <w:trHeight w:hRule="exact" w:val="522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C47AC7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9B003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9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</w:tbl>
    <w:p w:rsidR="000F1464" w:rsidRDefault="000F1464">
      <w:pPr>
        <w:autoSpaceDE w:val="0"/>
        <w:autoSpaceDN w:val="0"/>
        <w:spacing w:after="0" w:line="14" w:lineRule="exact"/>
      </w:pPr>
    </w:p>
    <w:p w:rsidR="000F1464" w:rsidRDefault="000F1464">
      <w:pPr>
        <w:sectPr w:rsidR="000F1464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1464" w:rsidRDefault="000F1464">
      <w:pPr>
        <w:autoSpaceDE w:val="0"/>
        <w:autoSpaceDN w:val="0"/>
        <w:spacing w:after="78" w:line="220" w:lineRule="exact"/>
      </w:pPr>
    </w:p>
    <w:p w:rsidR="000F1464" w:rsidRDefault="00C47AC7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960"/>
        <w:gridCol w:w="4568"/>
        <w:gridCol w:w="425"/>
        <w:gridCol w:w="992"/>
        <w:gridCol w:w="761"/>
        <w:gridCol w:w="1164"/>
        <w:gridCol w:w="1682"/>
      </w:tblGrid>
      <w:tr w:rsidR="000F1464" w:rsidTr="00953B40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</w:tc>
        <w:tc>
          <w:tcPr>
            <w:tcW w:w="2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формыконтроля</w:t>
            </w:r>
            <w:proofErr w:type="spellEnd"/>
          </w:p>
        </w:tc>
      </w:tr>
      <w:tr w:rsidR="00953B40" w:rsidTr="00953B40">
        <w:trPr>
          <w:trHeight w:hRule="exact" w:val="828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B40" w:rsidRDefault="00953B40"/>
        </w:tc>
        <w:tc>
          <w:tcPr>
            <w:tcW w:w="4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B40" w:rsidRDefault="00953B40"/>
        </w:tc>
        <w:tc>
          <w:tcPr>
            <w:tcW w:w="2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62" w:lineRule="auto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B40" w:rsidRDefault="00953B40"/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B40" w:rsidRDefault="00953B40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043DDD" w:rsidRDefault="009B0036" w:rsidP="009B0036">
            <w:r w:rsidRPr="009B0036">
              <w:rPr>
                <w:lang w:val="ru-RU"/>
              </w:rPr>
              <w:t xml:space="preserve">«И Муза вечная со мной!» </w:t>
            </w:r>
            <w:r w:rsidRPr="00043DDD">
              <w:t>(</w:t>
            </w:r>
            <w:proofErr w:type="spellStart"/>
            <w:r w:rsidRPr="00043DDD">
              <w:t>Урок</w:t>
            </w:r>
            <w:proofErr w:type="spellEnd"/>
            <w:r w:rsidRPr="00043DDD">
              <w:t xml:space="preserve"> – </w:t>
            </w:r>
            <w:proofErr w:type="spellStart"/>
            <w:r w:rsidRPr="00043DDD">
              <w:t>путешествие</w:t>
            </w:r>
            <w:proofErr w:type="spellEnd"/>
            <w:r w:rsidRPr="00043DDD">
              <w:t>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043DDD" w:rsidRDefault="009B0036" w:rsidP="009B0036">
            <w:proofErr w:type="spellStart"/>
            <w:r w:rsidRPr="00043DDD">
              <w:t>Хороводмуз</w:t>
            </w:r>
            <w:proofErr w:type="spellEnd"/>
            <w:r w:rsidRPr="00043DDD">
              <w:t>. (</w:t>
            </w:r>
            <w:proofErr w:type="spellStart"/>
            <w:r w:rsidRPr="00043DDD">
              <w:t>Урок</w:t>
            </w:r>
            <w:proofErr w:type="spellEnd"/>
            <w:r w:rsidRPr="00043DDD">
              <w:t xml:space="preserve"> – </w:t>
            </w:r>
            <w:proofErr w:type="spellStart"/>
            <w:r w:rsidRPr="00043DDD">
              <w:t>экскурсия</w:t>
            </w:r>
            <w:proofErr w:type="spellEnd"/>
            <w:r w:rsidRPr="00043DDD">
              <w:t>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9B0036" w:rsidRDefault="009B0036" w:rsidP="009B0036">
            <w:pPr>
              <w:rPr>
                <w:lang w:val="ru-RU"/>
              </w:rPr>
            </w:pPr>
            <w:r w:rsidRPr="009B0036">
              <w:rPr>
                <w:lang w:val="ru-RU"/>
              </w:rPr>
              <w:t>Повсюду музыка слышна. ( Урок – игра)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4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9B0036" w:rsidRDefault="009B0036" w:rsidP="009B0036">
            <w:pPr>
              <w:rPr>
                <w:lang w:val="ru-RU"/>
              </w:rPr>
            </w:pPr>
            <w:r w:rsidRPr="009B0036">
              <w:rPr>
                <w:lang w:val="ru-RU"/>
              </w:rPr>
              <w:t>Душа музыки - мелодия. (Урок – путешествие)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043DDD" w:rsidRDefault="009B0036" w:rsidP="009B0036">
            <w:proofErr w:type="spellStart"/>
            <w:r w:rsidRPr="00043DDD">
              <w:t>Музыкаосени</w:t>
            </w:r>
            <w:proofErr w:type="spellEnd"/>
            <w:r w:rsidRPr="00043DDD">
              <w:t xml:space="preserve">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043DDD" w:rsidRDefault="009B0036" w:rsidP="009B0036">
            <w:proofErr w:type="spellStart"/>
            <w:r w:rsidRPr="00043DDD">
              <w:t>Сочинимелодию</w:t>
            </w:r>
            <w:proofErr w:type="spellEnd"/>
            <w:r w:rsidRPr="00043DDD">
              <w:t xml:space="preserve">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043DDD" w:rsidRDefault="009B0036" w:rsidP="009B0036">
            <w:r w:rsidRPr="00043DDD">
              <w:t>«</w:t>
            </w:r>
            <w:proofErr w:type="spellStart"/>
            <w:r w:rsidRPr="00043DDD">
              <w:t>Азбука</w:t>
            </w:r>
            <w:proofErr w:type="spellEnd"/>
            <w:r w:rsidRPr="00043DDD">
              <w:t xml:space="preserve">, </w:t>
            </w:r>
            <w:proofErr w:type="spellStart"/>
            <w:r w:rsidRPr="00043DDD">
              <w:t>азбукакаждомунужна</w:t>
            </w:r>
            <w:proofErr w:type="spellEnd"/>
            <w:r w:rsidRPr="00043DDD">
              <w:t>…».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043DDD" w:rsidRDefault="009B0036" w:rsidP="009B0036">
            <w:proofErr w:type="spellStart"/>
            <w:r w:rsidRPr="00043DDD">
              <w:t>Музыкальнаяазбука</w:t>
            </w:r>
            <w:proofErr w:type="spellEnd"/>
            <w:r w:rsidRPr="00043DDD"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roofErr w:type="spellStart"/>
            <w:r w:rsidRPr="00043DDD">
              <w:t>Обобщающийурок</w:t>
            </w:r>
            <w:proofErr w:type="spellEnd"/>
            <w:r w:rsidRPr="00043DDD">
              <w:t xml:space="preserve"> 1 </w:t>
            </w:r>
            <w:proofErr w:type="spellStart"/>
            <w:r w:rsidRPr="00043DDD">
              <w:t>четверти</w:t>
            </w:r>
            <w:proofErr w:type="spellEnd"/>
            <w:r w:rsidRPr="00043DDD"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99203F" w:rsidRDefault="009B0036" w:rsidP="009B0036">
            <w:proofErr w:type="spellStart"/>
            <w:r w:rsidRPr="0099203F">
              <w:t>Музыкальныеинструменты</w:t>
            </w:r>
            <w:proofErr w:type="spellEnd"/>
            <w:r w:rsidRPr="0099203F">
              <w:t xml:space="preserve">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9B0036" w:rsidRDefault="009B0036" w:rsidP="009B0036">
            <w:pPr>
              <w:rPr>
                <w:lang w:val="ru-RU"/>
              </w:rPr>
            </w:pPr>
            <w:r w:rsidRPr="009B0036">
              <w:rPr>
                <w:lang w:val="ru-RU"/>
              </w:rPr>
              <w:t>«Садко». Из русского былинного сказа.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99203F" w:rsidRDefault="009B0036" w:rsidP="009B0036">
            <w:proofErr w:type="spellStart"/>
            <w:r w:rsidRPr="0099203F">
              <w:t>Музыкальныеинструменты</w:t>
            </w:r>
            <w:proofErr w:type="spellEnd"/>
            <w:r w:rsidRPr="0099203F">
              <w:t xml:space="preserve">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99203F" w:rsidRDefault="009B0036" w:rsidP="009B0036">
            <w:proofErr w:type="spellStart"/>
            <w:r w:rsidRPr="0099203F">
              <w:t>Звучащиекартины</w:t>
            </w:r>
            <w:proofErr w:type="spellEnd"/>
            <w:r w:rsidRPr="0099203F"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99203F" w:rsidRDefault="009B0036" w:rsidP="009B0036">
            <w:proofErr w:type="spellStart"/>
            <w:r w:rsidRPr="0099203F">
              <w:t>Разыграйпесню</w:t>
            </w:r>
            <w:proofErr w:type="spellEnd"/>
            <w:r w:rsidRPr="0099203F"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9B0036" w:rsidRDefault="009B0036" w:rsidP="009B0036">
            <w:pPr>
              <w:rPr>
                <w:lang w:val="ru-RU"/>
              </w:rPr>
            </w:pPr>
            <w:r w:rsidRPr="009B0036">
              <w:rPr>
                <w:lang w:val="ru-RU"/>
              </w:rPr>
              <w:t>Пришло Рождество, начинается торжество. Родной обычай старины.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9B0036" w:rsidRDefault="009B0036" w:rsidP="009B0036">
            <w:pPr>
              <w:rPr>
                <w:lang w:val="ru-RU"/>
              </w:rPr>
            </w:pPr>
            <w:r w:rsidRPr="009B0036">
              <w:rPr>
                <w:lang w:val="ru-RU"/>
              </w:rPr>
              <w:t>Добрый праздник среди зимы.  Обобщающий урок 2 четверти.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9B0036" w:rsidRDefault="009B0036" w:rsidP="009B0036">
            <w:pPr>
              <w:rPr>
                <w:lang w:val="ru-RU"/>
              </w:rPr>
            </w:pPr>
            <w:r w:rsidRPr="009B0036">
              <w:rPr>
                <w:lang w:val="ru-RU"/>
              </w:rPr>
              <w:t xml:space="preserve">Край, в котором ты живешь.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FA2852" w:rsidRDefault="009B0036" w:rsidP="009B0036">
            <w:proofErr w:type="spellStart"/>
            <w:r w:rsidRPr="00FA2852">
              <w:t>Художник</w:t>
            </w:r>
            <w:proofErr w:type="spellEnd"/>
            <w:r w:rsidRPr="00FA2852">
              <w:t xml:space="preserve">, </w:t>
            </w:r>
            <w:proofErr w:type="spellStart"/>
            <w:r w:rsidRPr="00FA2852">
              <w:t>поэт</w:t>
            </w:r>
            <w:proofErr w:type="spellEnd"/>
            <w:r w:rsidRPr="00FA2852">
              <w:t xml:space="preserve">, </w:t>
            </w:r>
            <w:proofErr w:type="spellStart"/>
            <w:r w:rsidRPr="00FA2852">
              <w:t>композитор</w:t>
            </w:r>
            <w:proofErr w:type="spellEnd"/>
            <w:r w:rsidRPr="00FA2852"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FA2852" w:rsidRDefault="009B0036" w:rsidP="009B0036">
            <w:proofErr w:type="spellStart"/>
            <w:r w:rsidRPr="00FA2852">
              <w:t>Музыкаутра</w:t>
            </w:r>
            <w:proofErr w:type="spellEnd"/>
            <w:r w:rsidRPr="00FA2852"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FA2852" w:rsidRDefault="009B0036" w:rsidP="009B0036">
            <w:proofErr w:type="spellStart"/>
            <w:r w:rsidRPr="00FA2852">
              <w:t>Музыкавечера</w:t>
            </w:r>
            <w:proofErr w:type="spellEnd"/>
            <w:r w:rsidRPr="00FA2852"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FA2852" w:rsidRDefault="009B0036" w:rsidP="009B0036">
            <w:proofErr w:type="spellStart"/>
            <w:r w:rsidRPr="00FA2852">
              <w:t>Музыкальныепортреты</w:t>
            </w:r>
            <w:proofErr w:type="spellEnd"/>
            <w:r w:rsidRPr="00FA2852"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9B0036" w:rsidRDefault="009B0036" w:rsidP="009B0036">
            <w:pPr>
              <w:rPr>
                <w:lang w:val="ru-RU"/>
              </w:rPr>
            </w:pPr>
            <w:r w:rsidRPr="009B0036">
              <w:rPr>
                <w:lang w:val="ru-RU"/>
              </w:rPr>
              <w:t>Разыграй сказку. «Баба Яга» - русская народная сказка.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FA2852" w:rsidRDefault="009B0036" w:rsidP="009B0036">
            <w:proofErr w:type="spellStart"/>
            <w:r w:rsidRPr="00FA2852">
              <w:t>Музынемолчали</w:t>
            </w:r>
            <w:proofErr w:type="spellEnd"/>
            <w:r w:rsidRPr="00FA2852"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Pr="00FA2852" w:rsidRDefault="009B0036" w:rsidP="009B0036">
            <w:proofErr w:type="spellStart"/>
            <w:r w:rsidRPr="00FA2852">
              <w:t>Маминпраздник</w:t>
            </w:r>
            <w:proofErr w:type="spellEnd"/>
            <w:r w:rsidRPr="00FA2852"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B0036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roofErr w:type="spellStart"/>
            <w:r w:rsidRPr="00FA2852">
              <w:t>Обобщающийурок</w:t>
            </w:r>
            <w:proofErr w:type="spellEnd"/>
            <w:r w:rsidRPr="00FA2852">
              <w:t xml:space="preserve"> 3 </w:t>
            </w:r>
            <w:proofErr w:type="spellStart"/>
            <w:r w:rsidRPr="00FA2852">
              <w:t>четверти</w:t>
            </w:r>
            <w:proofErr w:type="spellEnd"/>
            <w:r w:rsidRPr="00FA2852"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B0036" w:rsidRDefault="009B0036" w:rsidP="009B0036"/>
        </w:tc>
      </w:tr>
      <w:tr w:rsidR="00953B40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Pr="00953B40" w:rsidRDefault="00953B40" w:rsidP="00953B40">
            <w:pPr>
              <w:rPr>
                <w:lang w:val="ru-RU"/>
              </w:rPr>
            </w:pPr>
            <w:r w:rsidRPr="00953B40">
              <w:rPr>
                <w:lang w:val="ru-RU"/>
              </w:rPr>
              <w:t>Музыкальные инструменты. У каждого свой музыкальный инструмент.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</w:tr>
      <w:tr w:rsidR="00953B40" w:rsidTr="00953B40">
        <w:trPr>
          <w:trHeight w:hRule="exact" w:val="4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roofErr w:type="spellStart"/>
            <w:r w:rsidRPr="001E4CB9">
              <w:t>Музыкальныеинструменты</w:t>
            </w:r>
            <w:proofErr w:type="spellEnd"/>
            <w:r w:rsidRPr="001E4CB9"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</w:tr>
    </w:tbl>
    <w:p w:rsidR="000F1464" w:rsidRDefault="000F1464">
      <w:pPr>
        <w:autoSpaceDE w:val="0"/>
        <w:autoSpaceDN w:val="0"/>
        <w:spacing w:after="0" w:line="14" w:lineRule="exact"/>
      </w:pPr>
    </w:p>
    <w:p w:rsidR="000F1464" w:rsidRDefault="000F1464">
      <w:pPr>
        <w:sectPr w:rsidR="000F1464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1464" w:rsidRDefault="000F146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960"/>
        <w:gridCol w:w="4568"/>
        <w:gridCol w:w="425"/>
        <w:gridCol w:w="992"/>
        <w:gridCol w:w="761"/>
        <w:gridCol w:w="1224"/>
        <w:gridCol w:w="1622"/>
      </w:tblGrid>
      <w:tr w:rsidR="00953B40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Pr="00C502CB" w:rsidRDefault="00953B40" w:rsidP="00953B40">
            <w:r w:rsidRPr="00953B40">
              <w:rPr>
                <w:lang w:val="ru-RU"/>
              </w:rPr>
              <w:t xml:space="preserve">«Чудесная лютня» (по алжирской сказке). </w:t>
            </w:r>
            <w:proofErr w:type="spellStart"/>
            <w:r w:rsidRPr="00C502CB">
              <w:t>Звучащиекартины</w:t>
            </w:r>
            <w:proofErr w:type="spellEnd"/>
            <w:r w:rsidRPr="00C502CB"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</w:tr>
      <w:tr w:rsidR="00953B40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Pr="00C502CB" w:rsidRDefault="00953B40" w:rsidP="00953B40">
            <w:proofErr w:type="spellStart"/>
            <w:r w:rsidRPr="00C502CB">
              <w:t>Музыка</w:t>
            </w:r>
            <w:proofErr w:type="spellEnd"/>
            <w:r w:rsidRPr="00C502CB">
              <w:t xml:space="preserve"> в </w:t>
            </w:r>
            <w:proofErr w:type="spellStart"/>
            <w:r w:rsidRPr="00C502CB">
              <w:t>цирке</w:t>
            </w:r>
            <w:proofErr w:type="spellEnd"/>
            <w:r w:rsidRPr="00C502CB"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</w:tr>
      <w:tr w:rsidR="00953B40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Pr="00C502CB" w:rsidRDefault="00953B40" w:rsidP="00953B40">
            <w:proofErr w:type="spellStart"/>
            <w:r w:rsidRPr="00C502CB">
              <w:t>Дом</w:t>
            </w:r>
            <w:proofErr w:type="spellEnd"/>
            <w:r w:rsidRPr="00C502CB">
              <w:t xml:space="preserve">, </w:t>
            </w:r>
            <w:proofErr w:type="spellStart"/>
            <w:r w:rsidRPr="00C502CB">
              <w:t>которыйзвучит</w:t>
            </w:r>
            <w:proofErr w:type="spellEnd"/>
            <w:r w:rsidRPr="00C502CB"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</w:tr>
      <w:tr w:rsidR="00953B40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Pr="00C502CB" w:rsidRDefault="00953B40" w:rsidP="00953B40">
            <w:proofErr w:type="spellStart"/>
            <w:r w:rsidRPr="00C502CB">
              <w:t>Опера-сказка</w:t>
            </w:r>
            <w:proofErr w:type="spellEnd"/>
            <w:r w:rsidRPr="00C502CB"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</w:tr>
      <w:tr w:rsidR="00953B40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Pr="00953B40" w:rsidRDefault="00953B40" w:rsidP="00953B40">
            <w:pPr>
              <w:rPr>
                <w:lang w:val="ru-RU"/>
              </w:rPr>
            </w:pPr>
            <w:r w:rsidRPr="00953B40">
              <w:rPr>
                <w:lang w:val="ru-RU"/>
              </w:rPr>
              <w:t>«Ничего на свете  лучше нету»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</w:tr>
      <w:tr w:rsidR="00953B40" w:rsidTr="00953B40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roofErr w:type="spellStart"/>
            <w:r w:rsidRPr="00C502CB">
              <w:t>Обобщающийурок</w:t>
            </w:r>
            <w:proofErr w:type="spellEnd"/>
            <w:r w:rsidRPr="00C502CB">
              <w:t>. (</w:t>
            </w:r>
            <w:proofErr w:type="spellStart"/>
            <w:r w:rsidRPr="00C502CB">
              <w:t>Урок-концерт</w:t>
            </w:r>
            <w:proofErr w:type="spellEnd"/>
            <w:r w:rsidRPr="00C502CB">
              <w:t>.)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3B40" w:rsidRDefault="00953B40" w:rsidP="00953B40"/>
        </w:tc>
      </w:tr>
      <w:tr w:rsidR="000F1464" w:rsidTr="00953B40">
        <w:trPr>
          <w:trHeight w:hRule="exact" w:val="810"/>
        </w:trPr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Pr="009B0036" w:rsidRDefault="00C47AC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B003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C47AC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1464" w:rsidRDefault="000F1464"/>
        </w:tc>
      </w:tr>
    </w:tbl>
    <w:p w:rsidR="000F1464" w:rsidRDefault="000F1464">
      <w:pPr>
        <w:autoSpaceDE w:val="0"/>
        <w:autoSpaceDN w:val="0"/>
        <w:spacing w:after="0" w:line="14" w:lineRule="exact"/>
      </w:pPr>
    </w:p>
    <w:p w:rsidR="000F1464" w:rsidRDefault="000F1464">
      <w:pPr>
        <w:sectPr w:rsidR="000F1464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1464" w:rsidRDefault="000F1464">
      <w:pPr>
        <w:autoSpaceDE w:val="0"/>
        <w:autoSpaceDN w:val="0"/>
        <w:spacing w:after="78" w:line="220" w:lineRule="exact"/>
      </w:pP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УЧЕБНО-МЕТОДИЧЕСКОЕ ОБЕСПЕЧЕНИЕ ОБРАЗОВАТЕЛЬНОГО ПРОЦЕССА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Музыка, 1 класс /Рытов Д.А.; под научной редакцией Малых С.Б., </w:t>
      </w:r>
      <w:proofErr w:type="spellStart"/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Карабановой</w:t>
      </w:r>
      <w:proofErr w:type="spellEnd"/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О.А., ООО «Русское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слово-учебник»;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Музыка. 1 класс /Критская Е.Д., Сергеева Г.П., </w:t>
      </w:r>
      <w:proofErr w:type="spellStart"/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Шмагина</w:t>
      </w:r>
      <w:proofErr w:type="spellEnd"/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Т.С., Акционерное общество «Издательство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«Просвещение»;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Музыка, 1 класс /Усачёва В.О., Школяр Л.В., Общество с ограниченной ответственностью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«Издательский центр ВЕНТАНА-ГРАФ»; Акционерное общество «Издательство Просвещение»;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Введите свой вариант: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по музыке для 1 класса. Авторы: Г.П. Сергеева, Е.Д. Критская, Т.С. </w:t>
      </w:r>
      <w:proofErr w:type="spellStart"/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Шмагина</w:t>
      </w:r>
      <w:proofErr w:type="spellEnd"/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Методическое пособие, Книга для учителя к учебникам Д.А. Рытова «Музыка», 1-2 классы, Рытов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Д.А..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Музыка. 1 класс. Методическое пособие. Авторы: В.О. Усачёва, В.А. Школяр, Л.В. Школяр.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http://school-collection.edu.ru/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https://easyen.ru/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http://folkinst.narod.ru/</w:t>
      </w:r>
    </w:p>
    <w:p w:rsidR="00D330D3" w:rsidRPr="00D330D3" w:rsidRDefault="00D330D3" w:rsidP="00D330D3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http://www.youtube.com/results</w:t>
      </w:r>
    </w:p>
    <w:p w:rsidR="000F1464" w:rsidRPr="009B0036" w:rsidRDefault="00D330D3" w:rsidP="00D330D3">
      <w:pPr>
        <w:rPr>
          <w:lang w:val="ru-RU"/>
        </w:rPr>
        <w:sectPr w:rsidR="000F1464" w:rsidRPr="009B003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D330D3">
        <w:rPr>
          <w:rFonts w:ascii="Times New Roman" w:eastAsia="Times New Roman" w:hAnsi="Times New Roman"/>
          <w:b/>
          <w:color w:val="000000"/>
          <w:sz w:val="24"/>
          <w:lang w:val="ru-RU"/>
        </w:rPr>
        <w:t>http://www.youtube.com/results</w:t>
      </w:r>
    </w:p>
    <w:p w:rsidR="000F1464" w:rsidRPr="009B0036" w:rsidRDefault="000F1464">
      <w:pPr>
        <w:autoSpaceDE w:val="0"/>
        <w:autoSpaceDN w:val="0"/>
        <w:spacing w:after="78" w:line="220" w:lineRule="exact"/>
        <w:rPr>
          <w:lang w:val="ru-RU"/>
        </w:rPr>
      </w:pPr>
    </w:p>
    <w:p w:rsidR="000F1464" w:rsidRPr="009B0036" w:rsidRDefault="00C47AC7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9B0036">
        <w:rPr>
          <w:lang w:val="ru-RU"/>
        </w:rPr>
        <w:br/>
      </w:r>
      <w:r w:rsidRPr="009B0036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 ПРАКТИЧЕСКИХ РАБОТ</w:t>
      </w:r>
    </w:p>
    <w:p w:rsidR="000F1464" w:rsidRPr="009B0036" w:rsidRDefault="000F1464">
      <w:pPr>
        <w:rPr>
          <w:lang w:val="ru-RU"/>
        </w:rPr>
        <w:sectPr w:rsidR="000F1464" w:rsidRPr="009B003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47AC7" w:rsidRPr="009B0036" w:rsidRDefault="00C47AC7">
      <w:pPr>
        <w:rPr>
          <w:lang w:val="ru-RU"/>
        </w:rPr>
      </w:pPr>
    </w:p>
    <w:sectPr w:rsidR="00C47AC7" w:rsidRPr="009B003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F1464"/>
    <w:rsid w:val="0015074B"/>
    <w:rsid w:val="00186B74"/>
    <w:rsid w:val="0029639D"/>
    <w:rsid w:val="002F3D2A"/>
    <w:rsid w:val="00326F90"/>
    <w:rsid w:val="005353FD"/>
    <w:rsid w:val="00626EF9"/>
    <w:rsid w:val="00953B40"/>
    <w:rsid w:val="009B0036"/>
    <w:rsid w:val="00AA1D8D"/>
    <w:rsid w:val="00B47730"/>
    <w:rsid w:val="00C47AC7"/>
    <w:rsid w:val="00CB0664"/>
    <w:rsid w:val="00D330D3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35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353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4BFEF7-221D-4358-ABC2-8F01EAE47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4671</Words>
  <Characters>26630</Characters>
  <Application>Microsoft Office Word</Application>
  <DocSecurity>0</DocSecurity>
  <Lines>221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31239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Учитель</cp:lastModifiedBy>
  <cp:revision>3</cp:revision>
  <dcterms:created xsi:type="dcterms:W3CDTF">2022-09-16T19:52:00Z</dcterms:created>
  <dcterms:modified xsi:type="dcterms:W3CDTF">2022-11-01T12:53:00Z</dcterms:modified>
  <cp:category/>
</cp:coreProperties>
</file>